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7D15B2" w14:textId="77777777" w:rsidR="00B7278D" w:rsidRPr="001F30A1" w:rsidRDefault="00B7278D" w:rsidP="00B7278D">
      <w:pPr>
        <w:jc w:val="center"/>
        <w:rPr>
          <w:lang w:val="fr-FR"/>
        </w:rPr>
      </w:pPr>
      <w:r w:rsidRPr="001F30A1">
        <w:rPr>
          <w:noProof/>
          <w:lang w:val="fr-FR"/>
        </w:rPr>
        <w:drawing>
          <wp:inline distT="0" distB="0" distL="0" distR="0" wp14:anchorId="3A1006C9" wp14:editId="13E11BC6">
            <wp:extent cx="1523077" cy="1447333"/>
            <wp:effectExtent l="0" t="0" r="1270" b="635"/>
            <wp:docPr id="4063269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3077" cy="144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AC406" w14:textId="77777777" w:rsidR="00B7278D" w:rsidRPr="001F30A1" w:rsidRDefault="00B7278D" w:rsidP="00B7278D">
      <w:pPr>
        <w:jc w:val="center"/>
        <w:rPr>
          <w:lang w:val="fr-FR"/>
        </w:rPr>
      </w:pPr>
      <w:r w:rsidRPr="001F30A1">
        <w:rPr>
          <w:b/>
          <w:color w:val="17365D"/>
          <w:sz w:val="44"/>
          <w:lang w:val="fr-FR"/>
        </w:rPr>
        <w:t>Kit de première réunion</w:t>
      </w:r>
    </w:p>
    <w:p w14:paraId="4850D403" w14:textId="77777777" w:rsidR="00B7278D" w:rsidRPr="001F30A1" w:rsidRDefault="00B7278D" w:rsidP="00B7278D">
      <w:pPr>
        <w:jc w:val="center"/>
        <w:rPr>
          <w:b/>
          <w:color w:val="B1A07A"/>
          <w:sz w:val="24"/>
          <w:lang w:val="fr-FR"/>
        </w:rPr>
      </w:pPr>
      <w:r w:rsidRPr="001F30A1">
        <w:rPr>
          <w:b/>
          <w:color w:val="B1A07A"/>
          <w:sz w:val="24"/>
          <w:lang w:val="fr-FR"/>
        </w:rPr>
        <w:t>AGORA-MF – Association pour une Gouvernance Ouverte</w:t>
      </w:r>
    </w:p>
    <w:p w14:paraId="5FE2495C" w14:textId="77777777" w:rsidR="00B7278D" w:rsidRPr="001F30A1" w:rsidRDefault="00B7278D" w:rsidP="00B7278D">
      <w:pPr>
        <w:jc w:val="center"/>
        <w:rPr>
          <w:lang w:val="fr-FR"/>
        </w:rPr>
      </w:pPr>
      <w:r w:rsidRPr="001F30A1">
        <w:rPr>
          <w:b/>
          <w:color w:val="B1A07A"/>
          <w:sz w:val="24"/>
          <w:lang w:val="fr-FR"/>
        </w:rPr>
        <w:t xml:space="preserve"> et une Responsabilité Active à Moncourt-Fromonville</w:t>
      </w:r>
    </w:p>
    <w:p w14:paraId="17289CDD" w14:textId="77777777" w:rsidR="00B7278D" w:rsidRPr="001F30A1" w:rsidRDefault="00B7278D" w:rsidP="00B7278D">
      <w:pPr>
        <w:jc w:val="center"/>
        <w:rPr>
          <w:color w:val="464646"/>
          <w:sz w:val="20"/>
          <w:lang w:val="fr-FR"/>
        </w:rPr>
        <w:sectPr w:rsidR="00B7278D" w:rsidRPr="001F30A1" w:rsidSect="00034616">
          <w:headerReference w:type="default" r:id="rId9"/>
          <w:footerReference w:type="default" r:id="rId10"/>
          <w:pgSz w:w="12240" w:h="15840"/>
          <w:pgMar w:top="964" w:right="1020" w:bottom="964" w:left="1020" w:header="720" w:footer="720" w:gutter="0"/>
          <w:cols w:space="720"/>
          <w:docGrid w:linePitch="360"/>
        </w:sectPr>
      </w:pPr>
      <w:r w:rsidRPr="001F30A1">
        <w:rPr>
          <w:color w:val="464646"/>
          <w:sz w:val="20"/>
          <w:lang w:val="fr-FR"/>
        </w:rPr>
        <w:t>Version de travail du 02 juin 2026</w:t>
      </w:r>
    </w:p>
    <w:p w14:paraId="07253933" w14:textId="77777777" w:rsidR="00B7278D" w:rsidRPr="001F30A1" w:rsidRDefault="00B7278D" w:rsidP="00B7278D">
      <w:pPr>
        <w:jc w:val="center"/>
        <w:rPr>
          <w:lang w:val="fr-FR"/>
        </w:rPr>
      </w:pPr>
    </w:p>
    <w:p w14:paraId="6E4E1B17" w14:textId="759906C9" w:rsidR="00A25DBD" w:rsidRPr="001F30A1" w:rsidRDefault="00A25DBD">
      <w:pPr>
        <w:jc w:val="center"/>
        <w:rPr>
          <w:lang w:val="fr-FR"/>
        </w:rPr>
      </w:pPr>
    </w:p>
    <w:p w14:paraId="55AA8C41" w14:textId="77777777" w:rsidR="00A25DBD" w:rsidRPr="001F30A1" w:rsidRDefault="00630658">
      <w:pPr>
        <w:pStyle w:val="Titre"/>
        <w:pBdr>
          <w:bottom w:val="single" w:sz="8" w:space="4" w:color="B1A07A"/>
        </w:pBdr>
        <w:rPr>
          <w:lang w:val="fr-FR"/>
        </w:rPr>
      </w:pPr>
      <w:r w:rsidRPr="001F30A1">
        <w:rPr>
          <w:lang w:val="fr-FR"/>
        </w:rPr>
        <w:t>KIT DE PREMIÈRE RÉUNION</w:t>
      </w:r>
    </w:p>
    <w:p w14:paraId="0AD370E9" w14:textId="77777777" w:rsidR="00A25DBD" w:rsidRPr="001F30A1" w:rsidRDefault="00630658">
      <w:pPr>
        <w:rPr>
          <w:lang w:val="fr-FR"/>
        </w:rPr>
      </w:pPr>
      <w:r w:rsidRPr="001F30A1">
        <w:rPr>
          <w:i/>
          <w:color w:val="505050"/>
          <w:sz w:val="20"/>
          <w:lang w:val="fr-FR"/>
        </w:rPr>
        <w:t>Association LA LUNE – L’Union pour un Nouvel Essor</w:t>
      </w:r>
    </w:p>
    <w:p w14:paraId="6C9F3F35" w14:textId="77777777" w:rsidR="00A25DBD" w:rsidRPr="001F30A1" w:rsidRDefault="00630658">
      <w:pPr>
        <w:pStyle w:val="Titre1"/>
        <w:rPr>
          <w:lang w:val="fr-FR"/>
        </w:rPr>
      </w:pPr>
      <w:r w:rsidRPr="001F30A1">
        <w:rPr>
          <w:lang w:val="fr-FR"/>
        </w:rPr>
        <w:t>1. Ordre du jour type</w:t>
      </w:r>
    </w:p>
    <w:p w14:paraId="3448C6AC" w14:textId="77777777" w:rsidR="00A25DBD" w:rsidRPr="001F30A1" w:rsidRDefault="00630658">
      <w:pPr>
        <w:pStyle w:val="Listenumros"/>
        <w:spacing w:after="40"/>
        <w:rPr>
          <w:lang w:val="fr-FR"/>
        </w:rPr>
      </w:pPr>
      <w:r w:rsidRPr="001F30A1">
        <w:rPr>
          <w:lang w:val="fr-FR"/>
        </w:rPr>
        <w:t>Accueil des participants.</w:t>
      </w:r>
    </w:p>
    <w:p w14:paraId="723E8FF5" w14:textId="77777777" w:rsidR="001F30A1" w:rsidRPr="001F30A1" w:rsidRDefault="00630658" w:rsidP="001F30A1">
      <w:pPr>
        <w:pStyle w:val="Listenumros"/>
        <w:spacing w:after="40"/>
        <w:rPr>
          <w:lang w:val="fr-FR"/>
        </w:rPr>
      </w:pPr>
      <w:r w:rsidRPr="001F30A1">
        <w:rPr>
          <w:lang w:val="fr-FR"/>
        </w:rPr>
        <w:t>Rappel du contexte : après les élections, maintenir le collectif et l’information citoyenne.</w:t>
      </w:r>
    </w:p>
    <w:p w14:paraId="318F81BA" w14:textId="5C09779C" w:rsidR="00A25DBD" w:rsidRPr="001F30A1" w:rsidRDefault="00630658" w:rsidP="001F30A1">
      <w:pPr>
        <w:pStyle w:val="Listenumros"/>
        <w:spacing w:after="40"/>
        <w:rPr>
          <w:lang w:val="fr-FR"/>
        </w:rPr>
      </w:pPr>
      <w:r w:rsidRPr="001F30A1">
        <w:rPr>
          <w:lang w:val="fr-FR"/>
        </w:rPr>
        <w:t xml:space="preserve">Présentation de </w:t>
      </w:r>
      <w:r w:rsidR="00165314" w:rsidRPr="001F30A1">
        <w:rPr>
          <w:lang w:val="fr-FR"/>
        </w:rPr>
        <w:t>l’</w:t>
      </w:r>
      <w:r w:rsidR="00165314" w:rsidRPr="001F30A1">
        <w:rPr>
          <w:lang w:val="fr-FR"/>
        </w:rPr>
        <w:t>AGORA-MF – Association pour une Gouvernance Ouverte et une Responsabilité Active à Moncourt-Fromonville</w:t>
      </w:r>
    </w:p>
    <w:p w14:paraId="69708E77" w14:textId="77777777" w:rsidR="00A25DBD" w:rsidRPr="001F30A1" w:rsidRDefault="00630658">
      <w:pPr>
        <w:pStyle w:val="Listenumros"/>
        <w:spacing w:after="40"/>
        <w:rPr>
          <w:lang w:val="fr-FR"/>
        </w:rPr>
      </w:pPr>
      <w:r w:rsidRPr="001F30A1">
        <w:rPr>
          <w:lang w:val="fr-FR"/>
        </w:rPr>
        <w:t>Présentation des statuts, du règlement intérieur et de la charte de communication.</w:t>
      </w:r>
    </w:p>
    <w:p w14:paraId="1E165987" w14:textId="77777777" w:rsidR="00A25DBD" w:rsidRPr="001F30A1" w:rsidRDefault="00630658">
      <w:pPr>
        <w:pStyle w:val="Listenumros"/>
        <w:spacing w:after="40"/>
        <w:rPr>
          <w:lang w:val="fr-FR"/>
        </w:rPr>
      </w:pPr>
      <w:r w:rsidRPr="001F30A1">
        <w:rPr>
          <w:lang w:val="fr-FR"/>
        </w:rPr>
        <w:t>Présentation du rôle des trois élus d’opposition et de la séparation avec l’association.</w:t>
      </w:r>
    </w:p>
    <w:p w14:paraId="5A7551E7" w14:textId="77777777" w:rsidR="00A25DBD" w:rsidRPr="001F30A1" w:rsidRDefault="00630658">
      <w:pPr>
        <w:pStyle w:val="Listenumros"/>
        <w:spacing w:after="40"/>
        <w:rPr>
          <w:lang w:val="fr-FR"/>
        </w:rPr>
      </w:pPr>
      <w:r w:rsidRPr="001F30A1">
        <w:rPr>
          <w:lang w:val="fr-FR"/>
        </w:rPr>
        <w:t>Présentation des premiers groupes de travail.</w:t>
      </w:r>
    </w:p>
    <w:p w14:paraId="61D3FE28" w14:textId="77777777" w:rsidR="00A25DBD" w:rsidRPr="001F30A1" w:rsidRDefault="00630658">
      <w:pPr>
        <w:pStyle w:val="Listenumros"/>
        <w:spacing w:after="40"/>
        <w:rPr>
          <w:lang w:val="fr-FR"/>
        </w:rPr>
      </w:pPr>
      <w:r w:rsidRPr="001F30A1">
        <w:rPr>
          <w:lang w:val="fr-FR"/>
        </w:rPr>
        <w:t>Appel à adhésion et recueil des contacts.</w:t>
      </w:r>
    </w:p>
    <w:p w14:paraId="1CCA2C4F" w14:textId="77777777" w:rsidR="00A25DBD" w:rsidRPr="001F30A1" w:rsidRDefault="00630658">
      <w:pPr>
        <w:pStyle w:val="Listenumros"/>
        <w:spacing w:after="40"/>
        <w:rPr>
          <w:lang w:val="fr-FR"/>
        </w:rPr>
      </w:pPr>
      <w:r w:rsidRPr="001F30A1">
        <w:rPr>
          <w:lang w:val="fr-FR"/>
        </w:rPr>
        <w:t>Questions / réponses.</w:t>
      </w:r>
    </w:p>
    <w:p w14:paraId="13129C22" w14:textId="77777777" w:rsidR="00A25DBD" w:rsidRPr="001F30A1" w:rsidRDefault="00630658">
      <w:pPr>
        <w:pStyle w:val="Listenumros"/>
        <w:spacing w:after="40"/>
        <w:rPr>
          <w:lang w:val="fr-FR"/>
        </w:rPr>
      </w:pPr>
      <w:r w:rsidRPr="001F30A1">
        <w:rPr>
          <w:lang w:val="fr-FR"/>
        </w:rPr>
        <w:t>Calendrier des prochaines actions.</w:t>
      </w:r>
    </w:p>
    <w:p w14:paraId="4BFC7820" w14:textId="77777777" w:rsidR="00A25DBD" w:rsidRPr="001F30A1" w:rsidRDefault="00630658">
      <w:pPr>
        <w:pStyle w:val="Titre1"/>
        <w:rPr>
          <w:lang w:val="fr-FR"/>
        </w:rPr>
      </w:pPr>
      <w:r w:rsidRPr="001F30A1">
        <w:rPr>
          <w:lang w:val="fr-FR"/>
        </w:rPr>
        <w:t>2. Feuille de présence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457"/>
        <w:gridCol w:w="1457"/>
        <w:gridCol w:w="1457"/>
        <w:gridCol w:w="1457"/>
        <w:gridCol w:w="1457"/>
        <w:gridCol w:w="1457"/>
        <w:gridCol w:w="1457"/>
      </w:tblGrid>
      <w:tr w:rsidR="00A25DBD" w:rsidRPr="001F30A1" w14:paraId="731497F1" w14:textId="77777777">
        <w:trPr>
          <w:jc w:val="center"/>
        </w:trPr>
        <w:tc>
          <w:tcPr>
            <w:tcW w:w="1457" w:type="dxa"/>
            <w:shd w:val="clear" w:color="auto" w:fill="17365D"/>
            <w:vAlign w:val="center"/>
          </w:tcPr>
          <w:p w14:paraId="2F99512C" w14:textId="77777777" w:rsidR="00A25DBD" w:rsidRPr="001F30A1" w:rsidRDefault="00630658">
            <w:pPr>
              <w:rPr>
                <w:lang w:val="fr-FR"/>
              </w:rPr>
            </w:pPr>
            <w:r w:rsidRPr="001F30A1">
              <w:rPr>
                <w:b/>
                <w:color w:val="FFFFFF"/>
                <w:sz w:val="18"/>
                <w:lang w:val="fr-FR"/>
              </w:rPr>
              <w:t>N°</w:t>
            </w:r>
          </w:p>
        </w:tc>
        <w:tc>
          <w:tcPr>
            <w:tcW w:w="1457" w:type="dxa"/>
            <w:shd w:val="clear" w:color="auto" w:fill="17365D"/>
            <w:vAlign w:val="center"/>
          </w:tcPr>
          <w:p w14:paraId="27CBCDE4" w14:textId="77777777" w:rsidR="00A25DBD" w:rsidRPr="001F30A1" w:rsidRDefault="00630658">
            <w:pPr>
              <w:rPr>
                <w:lang w:val="fr-FR"/>
              </w:rPr>
            </w:pPr>
            <w:r w:rsidRPr="001F30A1">
              <w:rPr>
                <w:b/>
                <w:color w:val="FFFFFF"/>
                <w:sz w:val="18"/>
                <w:lang w:val="fr-FR"/>
              </w:rPr>
              <w:t>Nom / prénom</w:t>
            </w:r>
          </w:p>
        </w:tc>
        <w:tc>
          <w:tcPr>
            <w:tcW w:w="1457" w:type="dxa"/>
            <w:shd w:val="clear" w:color="auto" w:fill="17365D"/>
            <w:vAlign w:val="center"/>
          </w:tcPr>
          <w:p w14:paraId="50A6738D" w14:textId="77777777" w:rsidR="00A25DBD" w:rsidRPr="001F30A1" w:rsidRDefault="00630658">
            <w:pPr>
              <w:rPr>
                <w:lang w:val="fr-FR"/>
              </w:rPr>
            </w:pPr>
            <w:r w:rsidRPr="001F30A1">
              <w:rPr>
                <w:b/>
                <w:color w:val="FFFFFF"/>
                <w:sz w:val="18"/>
                <w:lang w:val="fr-FR"/>
              </w:rPr>
              <w:t>Commune</w:t>
            </w:r>
          </w:p>
        </w:tc>
        <w:tc>
          <w:tcPr>
            <w:tcW w:w="1457" w:type="dxa"/>
            <w:shd w:val="clear" w:color="auto" w:fill="17365D"/>
            <w:vAlign w:val="center"/>
          </w:tcPr>
          <w:p w14:paraId="1CABCC41" w14:textId="77777777" w:rsidR="00A25DBD" w:rsidRPr="001F30A1" w:rsidRDefault="00630658">
            <w:pPr>
              <w:rPr>
                <w:lang w:val="fr-FR"/>
              </w:rPr>
            </w:pPr>
            <w:proofErr w:type="gramStart"/>
            <w:r w:rsidRPr="001F30A1">
              <w:rPr>
                <w:b/>
                <w:color w:val="FFFFFF"/>
                <w:sz w:val="18"/>
                <w:lang w:val="fr-FR"/>
              </w:rPr>
              <w:t>E-mail</w:t>
            </w:r>
            <w:proofErr w:type="gramEnd"/>
          </w:p>
        </w:tc>
        <w:tc>
          <w:tcPr>
            <w:tcW w:w="1457" w:type="dxa"/>
            <w:shd w:val="clear" w:color="auto" w:fill="17365D"/>
            <w:vAlign w:val="center"/>
          </w:tcPr>
          <w:p w14:paraId="05C79FE6" w14:textId="77777777" w:rsidR="00A25DBD" w:rsidRPr="001F30A1" w:rsidRDefault="00630658">
            <w:pPr>
              <w:rPr>
                <w:lang w:val="fr-FR"/>
              </w:rPr>
            </w:pPr>
            <w:r w:rsidRPr="001F30A1">
              <w:rPr>
                <w:b/>
                <w:color w:val="FFFFFF"/>
                <w:sz w:val="18"/>
                <w:lang w:val="fr-FR"/>
              </w:rPr>
              <w:t>Téléphone</w:t>
            </w:r>
          </w:p>
        </w:tc>
        <w:tc>
          <w:tcPr>
            <w:tcW w:w="1457" w:type="dxa"/>
            <w:shd w:val="clear" w:color="auto" w:fill="17365D"/>
            <w:vAlign w:val="center"/>
          </w:tcPr>
          <w:p w14:paraId="564DFC91" w14:textId="77777777" w:rsidR="00A25DBD" w:rsidRPr="001F30A1" w:rsidRDefault="00630658">
            <w:pPr>
              <w:rPr>
                <w:lang w:val="fr-FR"/>
              </w:rPr>
            </w:pPr>
            <w:r w:rsidRPr="001F30A1">
              <w:rPr>
                <w:b/>
                <w:color w:val="FFFFFF"/>
                <w:sz w:val="18"/>
                <w:lang w:val="fr-FR"/>
              </w:rPr>
              <w:t>Accord</w:t>
            </w:r>
          </w:p>
        </w:tc>
        <w:tc>
          <w:tcPr>
            <w:tcW w:w="1457" w:type="dxa"/>
            <w:shd w:val="clear" w:color="auto" w:fill="17365D"/>
            <w:vAlign w:val="center"/>
          </w:tcPr>
          <w:p w14:paraId="08DF217E" w14:textId="77777777" w:rsidR="00A25DBD" w:rsidRPr="001F30A1" w:rsidRDefault="00630658">
            <w:pPr>
              <w:rPr>
                <w:lang w:val="fr-FR"/>
              </w:rPr>
            </w:pPr>
            <w:r w:rsidRPr="001F30A1">
              <w:rPr>
                <w:b/>
                <w:color w:val="FFFFFF"/>
                <w:sz w:val="18"/>
                <w:lang w:val="fr-FR"/>
              </w:rPr>
              <w:t>Signature</w:t>
            </w:r>
          </w:p>
        </w:tc>
      </w:tr>
      <w:tr w:rsidR="00A25DBD" w:rsidRPr="001F30A1" w14:paraId="426591E5" w14:textId="77777777">
        <w:trPr>
          <w:jc w:val="center"/>
        </w:trPr>
        <w:tc>
          <w:tcPr>
            <w:tcW w:w="1457" w:type="dxa"/>
            <w:vAlign w:val="center"/>
          </w:tcPr>
          <w:p w14:paraId="7815E917" w14:textId="77777777" w:rsidR="00A25DBD" w:rsidRPr="001F30A1" w:rsidRDefault="00630658">
            <w:pPr>
              <w:rPr>
                <w:lang w:val="fr-FR"/>
              </w:rPr>
            </w:pPr>
            <w:r w:rsidRPr="001F30A1">
              <w:rPr>
                <w:sz w:val="18"/>
                <w:lang w:val="fr-FR"/>
              </w:rPr>
              <w:t>1</w:t>
            </w:r>
          </w:p>
        </w:tc>
        <w:tc>
          <w:tcPr>
            <w:tcW w:w="1457" w:type="dxa"/>
            <w:vAlign w:val="center"/>
          </w:tcPr>
          <w:p w14:paraId="7B9C10F6" w14:textId="77777777" w:rsidR="00A25DBD" w:rsidRPr="001F30A1" w:rsidRDefault="00630658">
            <w:pPr>
              <w:rPr>
                <w:lang w:val="fr-FR"/>
              </w:rPr>
            </w:pPr>
            <w:r w:rsidRPr="001F30A1">
              <w:rPr>
                <w:sz w:val="18"/>
                <w:lang w:val="fr-FR"/>
              </w:rPr>
              <w:t>[Nom Prénom]</w:t>
            </w:r>
          </w:p>
        </w:tc>
        <w:tc>
          <w:tcPr>
            <w:tcW w:w="1457" w:type="dxa"/>
            <w:vAlign w:val="center"/>
          </w:tcPr>
          <w:p w14:paraId="2D43A614" w14:textId="77777777" w:rsidR="00A25DBD" w:rsidRPr="001F30A1" w:rsidRDefault="00630658">
            <w:pPr>
              <w:rPr>
                <w:lang w:val="fr-FR"/>
              </w:rPr>
            </w:pPr>
            <w:r w:rsidRPr="001F30A1">
              <w:rPr>
                <w:sz w:val="18"/>
                <w:lang w:val="fr-FR"/>
              </w:rPr>
              <w:t>[Commune]</w:t>
            </w:r>
          </w:p>
        </w:tc>
        <w:tc>
          <w:tcPr>
            <w:tcW w:w="1457" w:type="dxa"/>
            <w:vAlign w:val="center"/>
          </w:tcPr>
          <w:p w14:paraId="174718B9" w14:textId="77777777" w:rsidR="00A25DBD" w:rsidRPr="001F30A1" w:rsidRDefault="00630658">
            <w:pPr>
              <w:rPr>
                <w:lang w:val="fr-FR"/>
              </w:rPr>
            </w:pPr>
            <w:r w:rsidRPr="001F30A1">
              <w:rPr>
                <w:sz w:val="18"/>
                <w:lang w:val="fr-FR"/>
              </w:rPr>
              <w:t>[</w:t>
            </w:r>
            <w:proofErr w:type="gramStart"/>
            <w:r w:rsidRPr="001F30A1">
              <w:rPr>
                <w:sz w:val="18"/>
                <w:lang w:val="fr-FR"/>
              </w:rPr>
              <w:t>E-mail</w:t>
            </w:r>
            <w:proofErr w:type="gramEnd"/>
            <w:r w:rsidRPr="001F30A1">
              <w:rPr>
                <w:sz w:val="18"/>
                <w:lang w:val="fr-FR"/>
              </w:rPr>
              <w:t>]</w:t>
            </w:r>
          </w:p>
        </w:tc>
        <w:tc>
          <w:tcPr>
            <w:tcW w:w="1457" w:type="dxa"/>
            <w:vAlign w:val="center"/>
          </w:tcPr>
          <w:p w14:paraId="1D8C2150" w14:textId="77777777" w:rsidR="00A25DBD" w:rsidRPr="001F30A1" w:rsidRDefault="00630658">
            <w:pPr>
              <w:rPr>
                <w:lang w:val="fr-FR"/>
              </w:rPr>
            </w:pPr>
            <w:r w:rsidRPr="001F30A1">
              <w:rPr>
                <w:sz w:val="18"/>
                <w:lang w:val="fr-FR"/>
              </w:rPr>
              <w:t>[Téléphone]</w:t>
            </w:r>
          </w:p>
        </w:tc>
        <w:tc>
          <w:tcPr>
            <w:tcW w:w="1457" w:type="dxa"/>
            <w:vAlign w:val="center"/>
          </w:tcPr>
          <w:p w14:paraId="23E6C511" w14:textId="77777777" w:rsidR="00A25DBD" w:rsidRPr="001F30A1" w:rsidRDefault="00630658">
            <w:pPr>
              <w:rPr>
                <w:lang w:val="fr-FR"/>
              </w:rPr>
            </w:pPr>
            <w:r w:rsidRPr="001F30A1">
              <w:rPr>
                <w:sz w:val="18"/>
                <w:lang w:val="fr-FR"/>
              </w:rPr>
              <w:t>☐ Adhésion ☐ Newsletter</w:t>
            </w:r>
          </w:p>
        </w:tc>
        <w:tc>
          <w:tcPr>
            <w:tcW w:w="1457" w:type="dxa"/>
            <w:vAlign w:val="center"/>
          </w:tcPr>
          <w:p w14:paraId="6722F032" w14:textId="77777777" w:rsidR="00A25DBD" w:rsidRPr="001F30A1" w:rsidRDefault="00630658">
            <w:pPr>
              <w:rPr>
                <w:lang w:val="fr-FR"/>
              </w:rPr>
            </w:pPr>
            <w:r w:rsidRPr="001F30A1">
              <w:rPr>
                <w:sz w:val="18"/>
                <w:lang w:val="fr-FR"/>
              </w:rPr>
              <w:t>Signature</w:t>
            </w:r>
          </w:p>
        </w:tc>
      </w:tr>
      <w:tr w:rsidR="00A25DBD" w:rsidRPr="001F30A1" w14:paraId="51E8823D" w14:textId="77777777">
        <w:trPr>
          <w:jc w:val="center"/>
        </w:trPr>
        <w:tc>
          <w:tcPr>
            <w:tcW w:w="1457" w:type="dxa"/>
            <w:vAlign w:val="center"/>
          </w:tcPr>
          <w:p w14:paraId="4D9ACEF7" w14:textId="77777777" w:rsidR="00A25DBD" w:rsidRPr="001F30A1" w:rsidRDefault="00630658">
            <w:pPr>
              <w:rPr>
                <w:lang w:val="fr-FR"/>
              </w:rPr>
            </w:pPr>
            <w:r w:rsidRPr="001F30A1">
              <w:rPr>
                <w:sz w:val="18"/>
                <w:lang w:val="fr-FR"/>
              </w:rPr>
              <w:t>2</w:t>
            </w:r>
          </w:p>
        </w:tc>
        <w:tc>
          <w:tcPr>
            <w:tcW w:w="1457" w:type="dxa"/>
            <w:vAlign w:val="center"/>
          </w:tcPr>
          <w:p w14:paraId="4702AC3A" w14:textId="77777777" w:rsidR="00A25DBD" w:rsidRPr="001F30A1" w:rsidRDefault="00A25DBD">
            <w:pPr>
              <w:rPr>
                <w:lang w:val="fr-FR"/>
              </w:rPr>
            </w:pPr>
          </w:p>
        </w:tc>
        <w:tc>
          <w:tcPr>
            <w:tcW w:w="1457" w:type="dxa"/>
            <w:vAlign w:val="center"/>
          </w:tcPr>
          <w:p w14:paraId="4C960662" w14:textId="77777777" w:rsidR="00A25DBD" w:rsidRPr="001F30A1" w:rsidRDefault="00A25DBD">
            <w:pPr>
              <w:rPr>
                <w:lang w:val="fr-FR"/>
              </w:rPr>
            </w:pPr>
          </w:p>
        </w:tc>
        <w:tc>
          <w:tcPr>
            <w:tcW w:w="1457" w:type="dxa"/>
            <w:vAlign w:val="center"/>
          </w:tcPr>
          <w:p w14:paraId="327FCB39" w14:textId="77777777" w:rsidR="00A25DBD" w:rsidRPr="001F30A1" w:rsidRDefault="00A25DBD">
            <w:pPr>
              <w:rPr>
                <w:lang w:val="fr-FR"/>
              </w:rPr>
            </w:pPr>
          </w:p>
        </w:tc>
        <w:tc>
          <w:tcPr>
            <w:tcW w:w="1457" w:type="dxa"/>
            <w:vAlign w:val="center"/>
          </w:tcPr>
          <w:p w14:paraId="6BA41994" w14:textId="77777777" w:rsidR="00A25DBD" w:rsidRPr="001F30A1" w:rsidRDefault="00A25DBD">
            <w:pPr>
              <w:rPr>
                <w:lang w:val="fr-FR"/>
              </w:rPr>
            </w:pPr>
          </w:p>
        </w:tc>
        <w:tc>
          <w:tcPr>
            <w:tcW w:w="1457" w:type="dxa"/>
            <w:vAlign w:val="center"/>
          </w:tcPr>
          <w:p w14:paraId="117634BC" w14:textId="77777777" w:rsidR="00A25DBD" w:rsidRPr="001F30A1" w:rsidRDefault="00A25DBD">
            <w:pPr>
              <w:rPr>
                <w:lang w:val="fr-FR"/>
              </w:rPr>
            </w:pPr>
          </w:p>
        </w:tc>
        <w:tc>
          <w:tcPr>
            <w:tcW w:w="1457" w:type="dxa"/>
            <w:vAlign w:val="center"/>
          </w:tcPr>
          <w:p w14:paraId="7ED1CE69" w14:textId="77777777" w:rsidR="00A25DBD" w:rsidRPr="001F30A1" w:rsidRDefault="00A25DBD">
            <w:pPr>
              <w:rPr>
                <w:lang w:val="fr-FR"/>
              </w:rPr>
            </w:pPr>
          </w:p>
        </w:tc>
      </w:tr>
      <w:tr w:rsidR="00A25DBD" w:rsidRPr="001F30A1" w14:paraId="5EB5E7DD" w14:textId="77777777">
        <w:trPr>
          <w:jc w:val="center"/>
        </w:trPr>
        <w:tc>
          <w:tcPr>
            <w:tcW w:w="1457" w:type="dxa"/>
            <w:vAlign w:val="center"/>
          </w:tcPr>
          <w:p w14:paraId="5FD92DCF" w14:textId="77777777" w:rsidR="00A25DBD" w:rsidRPr="001F30A1" w:rsidRDefault="00630658">
            <w:pPr>
              <w:rPr>
                <w:lang w:val="fr-FR"/>
              </w:rPr>
            </w:pPr>
            <w:r w:rsidRPr="001F30A1">
              <w:rPr>
                <w:sz w:val="18"/>
                <w:lang w:val="fr-FR"/>
              </w:rPr>
              <w:t>3</w:t>
            </w:r>
          </w:p>
        </w:tc>
        <w:tc>
          <w:tcPr>
            <w:tcW w:w="1457" w:type="dxa"/>
            <w:vAlign w:val="center"/>
          </w:tcPr>
          <w:p w14:paraId="29BF3B43" w14:textId="77777777" w:rsidR="00A25DBD" w:rsidRPr="001F30A1" w:rsidRDefault="00A25DBD">
            <w:pPr>
              <w:rPr>
                <w:lang w:val="fr-FR"/>
              </w:rPr>
            </w:pPr>
          </w:p>
        </w:tc>
        <w:tc>
          <w:tcPr>
            <w:tcW w:w="1457" w:type="dxa"/>
            <w:vAlign w:val="center"/>
          </w:tcPr>
          <w:p w14:paraId="285143BF" w14:textId="77777777" w:rsidR="00A25DBD" w:rsidRPr="001F30A1" w:rsidRDefault="00A25DBD">
            <w:pPr>
              <w:rPr>
                <w:lang w:val="fr-FR"/>
              </w:rPr>
            </w:pPr>
          </w:p>
        </w:tc>
        <w:tc>
          <w:tcPr>
            <w:tcW w:w="1457" w:type="dxa"/>
            <w:vAlign w:val="center"/>
          </w:tcPr>
          <w:p w14:paraId="50A0B806" w14:textId="77777777" w:rsidR="00A25DBD" w:rsidRPr="001F30A1" w:rsidRDefault="00A25DBD">
            <w:pPr>
              <w:rPr>
                <w:lang w:val="fr-FR"/>
              </w:rPr>
            </w:pPr>
          </w:p>
        </w:tc>
        <w:tc>
          <w:tcPr>
            <w:tcW w:w="1457" w:type="dxa"/>
            <w:vAlign w:val="center"/>
          </w:tcPr>
          <w:p w14:paraId="40C09C84" w14:textId="77777777" w:rsidR="00A25DBD" w:rsidRPr="001F30A1" w:rsidRDefault="00A25DBD">
            <w:pPr>
              <w:rPr>
                <w:lang w:val="fr-FR"/>
              </w:rPr>
            </w:pPr>
          </w:p>
        </w:tc>
        <w:tc>
          <w:tcPr>
            <w:tcW w:w="1457" w:type="dxa"/>
            <w:vAlign w:val="center"/>
          </w:tcPr>
          <w:p w14:paraId="384141BB" w14:textId="77777777" w:rsidR="00A25DBD" w:rsidRPr="001F30A1" w:rsidRDefault="00A25DBD">
            <w:pPr>
              <w:rPr>
                <w:lang w:val="fr-FR"/>
              </w:rPr>
            </w:pPr>
          </w:p>
        </w:tc>
        <w:tc>
          <w:tcPr>
            <w:tcW w:w="1457" w:type="dxa"/>
            <w:vAlign w:val="center"/>
          </w:tcPr>
          <w:p w14:paraId="3A836B3D" w14:textId="77777777" w:rsidR="00A25DBD" w:rsidRPr="001F30A1" w:rsidRDefault="00A25DBD">
            <w:pPr>
              <w:rPr>
                <w:lang w:val="fr-FR"/>
              </w:rPr>
            </w:pPr>
          </w:p>
        </w:tc>
      </w:tr>
      <w:tr w:rsidR="00A25DBD" w:rsidRPr="001F30A1" w14:paraId="00C75401" w14:textId="77777777">
        <w:trPr>
          <w:jc w:val="center"/>
        </w:trPr>
        <w:tc>
          <w:tcPr>
            <w:tcW w:w="1457" w:type="dxa"/>
            <w:vAlign w:val="center"/>
          </w:tcPr>
          <w:p w14:paraId="038CE7EC" w14:textId="77777777" w:rsidR="00A25DBD" w:rsidRPr="001F30A1" w:rsidRDefault="00630658">
            <w:pPr>
              <w:rPr>
                <w:lang w:val="fr-FR"/>
              </w:rPr>
            </w:pPr>
            <w:r w:rsidRPr="001F30A1">
              <w:rPr>
                <w:sz w:val="18"/>
                <w:lang w:val="fr-FR"/>
              </w:rPr>
              <w:t>4</w:t>
            </w:r>
          </w:p>
        </w:tc>
        <w:tc>
          <w:tcPr>
            <w:tcW w:w="1457" w:type="dxa"/>
            <w:vAlign w:val="center"/>
          </w:tcPr>
          <w:p w14:paraId="4FAA0C05" w14:textId="77777777" w:rsidR="00A25DBD" w:rsidRPr="001F30A1" w:rsidRDefault="00A25DBD">
            <w:pPr>
              <w:rPr>
                <w:lang w:val="fr-FR"/>
              </w:rPr>
            </w:pPr>
          </w:p>
        </w:tc>
        <w:tc>
          <w:tcPr>
            <w:tcW w:w="1457" w:type="dxa"/>
            <w:vAlign w:val="center"/>
          </w:tcPr>
          <w:p w14:paraId="499BFA00" w14:textId="77777777" w:rsidR="00A25DBD" w:rsidRPr="001F30A1" w:rsidRDefault="00A25DBD">
            <w:pPr>
              <w:rPr>
                <w:lang w:val="fr-FR"/>
              </w:rPr>
            </w:pPr>
          </w:p>
        </w:tc>
        <w:tc>
          <w:tcPr>
            <w:tcW w:w="1457" w:type="dxa"/>
            <w:vAlign w:val="center"/>
          </w:tcPr>
          <w:p w14:paraId="7FD2B833" w14:textId="77777777" w:rsidR="00A25DBD" w:rsidRPr="001F30A1" w:rsidRDefault="00A25DBD">
            <w:pPr>
              <w:rPr>
                <w:lang w:val="fr-FR"/>
              </w:rPr>
            </w:pPr>
          </w:p>
        </w:tc>
        <w:tc>
          <w:tcPr>
            <w:tcW w:w="1457" w:type="dxa"/>
            <w:vAlign w:val="center"/>
          </w:tcPr>
          <w:p w14:paraId="51F17370" w14:textId="77777777" w:rsidR="00A25DBD" w:rsidRPr="001F30A1" w:rsidRDefault="00A25DBD">
            <w:pPr>
              <w:rPr>
                <w:lang w:val="fr-FR"/>
              </w:rPr>
            </w:pPr>
          </w:p>
        </w:tc>
        <w:tc>
          <w:tcPr>
            <w:tcW w:w="1457" w:type="dxa"/>
            <w:vAlign w:val="center"/>
          </w:tcPr>
          <w:p w14:paraId="36E673B8" w14:textId="77777777" w:rsidR="00A25DBD" w:rsidRPr="001F30A1" w:rsidRDefault="00A25DBD">
            <w:pPr>
              <w:rPr>
                <w:lang w:val="fr-FR"/>
              </w:rPr>
            </w:pPr>
          </w:p>
        </w:tc>
        <w:tc>
          <w:tcPr>
            <w:tcW w:w="1457" w:type="dxa"/>
            <w:vAlign w:val="center"/>
          </w:tcPr>
          <w:p w14:paraId="41F22020" w14:textId="77777777" w:rsidR="00A25DBD" w:rsidRPr="001F30A1" w:rsidRDefault="00A25DBD">
            <w:pPr>
              <w:rPr>
                <w:lang w:val="fr-FR"/>
              </w:rPr>
            </w:pPr>
          </w:p>
        </w:tc>
      </w:tr>
      <w:tr w:rsidR="00A25DBD" w:rsidRPr="001F30A1" w14:paraId="69AF4348" w14:textId="77777777">
        <w:trPr>
          <w:jc w:val="center"/>
        </w:trPr>
        <w:tc>
          <w:tcPr>
            <w:tcW w:w="1457" w:type="dxa"/>
            <w:vAlign w:val="center"/>
          </w:tcPr>
          <w:p w14:paraId="79EE5ECF" w14:textId="77777777" w:rsidR="00A25DBD" w:rsidRPr="001F30A1" w:rsidRDefault="00630658">
            <w:pPr>
              <w:rPr>
                <w:lang w:val="fr-FR"/>
              </w:rPr>
            </w:pPr>
            <w:r w:rsidRPr="001F30A1">
              <w:rPr>
                <w:sz w:val="18"/>
                <w:lang w:val="fr-FR"/>
              </w:rPr>
              <w:t>5</w:t>
            </w:r>
          </w:p>
        </w:tc>
        <w:tc>
          <w:tcPr>
            <w:tcW w:w="1457" w:type="dxa"/>
            <w:vAlign w:val="center"/>
          </w:tcPr>
          <w:p w14:paraId="48B83119" w14:textId="77777777" w:rsidR="00A25DBD" w:rsidRPr="001F30A1" w:rsidRDefault="00A25DBD">
            <w:pPr>
              <w:rPr>
                <w:lang w:val="fr-FR"/>
              </w:rPr>
            </w:pPr>
          </w:p>
        </w:tc>
        <w:tc>
          <w:tcPr>
            <w:tcW w:w="1457" w:type="dxa"/>
            <w:vAlign w:val="center"/>
          </w:tcPr>
          <w:p w14:paraId="5D4061E0" w14:textId="77777777" w:rsidR="00A25DBD" w:rsidRPr="001F30A1" w:rsidRDefault="00A25DBD">
            <w:pPr>
              <w:rPr>
                <w:lang w:val="fr-FR"/>
              </w:rPr>
            </w:pPr>
          </w:p>
        </w:tc>
        <w:tc>
          <w:tcPr>
            <w:tcW w:w="1457" w:type="dxa"/>
            <w:vAlign w:val="center"/>
          </w:tcPr>
          <w:p w14:paraId="09F7A765" w14:textId="77777777" w:rsidR="00A25DBD" w:rsidRPr="001F30A1" w:rsidRDefault="00A25DBD">
            <w:pPr>
              <w:rPr>
                <w:lang w:val="fr-FR"/>
              </w:rPr>
            </w:pPr>
          </w:p>
        </w:tc>
        <w:tc>
          <w:tcPr>
            <w:tcW w:w="1457" w:type="dxa"/>
            <w:vAlign w:val="center"/>
          </w:tcPr>
          <w:p w14:paraId="7CDD7912" w14:textId="77777777" w:rsidR="00A25DBD" w:rsidRPr="001F30A1" w:rsidRDefault="00A25DBD">
            <w:pPr>
              <w:rPr>
                <w:lang w:val="fr-FR"/>
              </w:rPr>
            </w:pPr>
          </w:p>
        </w:tc>
        <w:tc>
          <w:tcPr>
            <w:tcW w:w="1457" w:type="dxa"/>
            <w:vAlign w:val="center"/>
          </w:tcPr>
          <w:p w14:paraId="577AAE42" w14:textId="77777777" w:rsidR="00A25DBD" w:rsidRPr="001F30A1" w:rsidRDefault="00A25DBD">
            <w:pPr>
              <w:rPr>
                <w:lang w:val="fr-FR"/>
              </w:rPr>
            </w:pPr>
          </w:p>
        </w:tc>
        <w:tc>
          <w:tcPr>
            <w:tcW w:w="1457" w:type="dxa"/>
            <w:vAlign w:val="center"/>
          </w:tcPr>
          <w:p w14:paraId="187C0A99" w14:textId="77777777" w:rsidR="00A25DBD" w:rsidRPr="001F30A1" w:rsidRDefault="00A25DBD">
            <w:pPr>
              <w:rPr>
                <w:lang w:val="fr-FR"/>
              </w:rPr>
            </w:pPr>
          </w:p>
        </w:tc>
      </w:tr>
      <w:tr w:rsidR="00A25DBD" w:rsidRPr="001F30A1" w14:paraId="30264A41" w14:textId="77777777">
        <w:trPr>
          <w:jc w:val="center"/>
        </w:trPr>
        <w:tc>
          <w:tcPr>
            <w:tcW w:w="1457" w:type="dxa"/>
            <w:vAlign w:val="center"/>
          </w:tcPr>
          <w:p w14:paraId="03B507BD" w14:textId="77777777" w:rsidR="00A25DBD" w:rsidRPr="001F30A1" w:rsidRDefault="00630658">
            <w:pPr>
              <w:rPr>
                <w:lang w:val="fr-FR"/>
              </w:rPr>
            </w:pPr>
            <w:r w:rsidRPr="001F30A1">
              <w:rPr>
                <w:sz w:val="18"/>
                <w:lang w:val="fr-FR"/>
              </w:rPr>
              <w:t>6</w:t>
            </w:r>
          </w:p>
        </w:tc>
        <w:tc>
          <w:tcPr>
            <w:tcW w:w="1457" w:type="dxa"/>
            <w:vAlign w:val="center"/>
          </w:tcPr>
          <w:p w14:paraId="52F68453" w14:textId="77777777" w:rsidR="00A25DBD" w:rsidRPr="001F30A1" w:rsidRDefault="00A25DBD">
            <w:pPr>
              <w:rPr>
                <w:lang w:val="fr-FR"/>
              </w:rPr>
            </w:pPr>
          </w:p>
        </w:tc>
        <w:tc>
          <w:tcPr>
            <w:tcW w:w="1457" w:type="dxa"/>
            <w:vAlign w:val="center"/>
          </w:tcPr>
          <w:p w14:paraId="563F3380" w14:textId="77777777" w:rsidR="00A25DBD" w:rsidRPr="001F30A1" w:rsidRDefault="00A25DBD">
            <w:pPr>
              <w:rPr>
                <w:lang w:val="fr-FR"/>
              </w:rPr>
            </w:pPr>
          </w:p>
        </w:tc>
        <w:tc>
          <w:tcPr>
            <w:tcW w:w="1457" w:type="dxa"/>
            <w:vAlign w:val="center"/>
          </w:tcPr>
          <w:p w14:paraId="51A79D0D" w14:textId="77777777" w:rsidR="00A25DBD" w:rsidRPr="001F30A1" w:rsidRDefault="00A25DBD">
            <w:pPr>
              <w:rPr>
                <w:lang w:val="fr-FR"/>
              </w:rPr>
            </w:pPr>
          </w:p>
        </w:tc>
        <w:tc>
          <w:tcPr>
            <w:tcW w:w="1457" w:type="dxa"/>
            <w:vAlign w:val="center"/>
          </w:tcPr>
          <w:p w14:paraId="2640D69D" w14:textId="77777777" w:rsidR="00A25DBD" w:rsidRPr="001F30A1" w:rsidRDefault="00A25DBD">
            <w:pPr>
              <w:rPr>
                <w:lang w:val="fr-FR"/>
              </w:rPr>
            </w:pPr>
          </w:p>
        </w:tc>
        <w:tc>
          <w:tcPr>
            <w:tcW w:w="1457" w:type="dxa"/>
            <w:vAlign w:val="center"/>
          </w:tcPr>
          <w:p w14:paraId="2076052D" w14:textId="77777777" w:rsidR="00A25DBD" w:rsidRPr="001F30A1" w:rsidRDefault="00A25DBD">
            <w:pPr>
              <w:rPr>
                <w:lang w:val="fr-FR"/>
              </w:rPr>
            </w:pPr>
          </w:p>
        </w:tc>
        <w:tc>
          <w:tcPr>
            <w:tcW w:w="1457" w:type="dxa"/>
            <w:vAlign w:val="center"/>
          </w:tcPr>
          <w:p w14:paraId="6AB15567" w14:textId="77777777" w:rsidR="00A25DBD" w:rsidRPr="001F30A1" w:rsidRDefault="00A25DBD">
            <w:pPr>
              <w:rPr>
                <w:lang w:val="fr-FR"/>
              </w:rPr>
            </w:pPr>
          </w:p>
        </w:tc>
      </w:tr>
      <w:tr w:rsidR="00A25DBD" w:rsidRPr="001F30A1" w14:paraId="29DEBD7F" w14:textId="77777777">
        <w:trPr>
          <w:jc w:val="center"/>
        </w:trPr>
        <w:tc>
          <w:tcPr>
            <w:tcW w:w="1457" w:type="dxa"/>
            <w:vAlign w:val="center"/>
          </w:tcPr>
          <w:p w14:paraId="47FB606D" w14:textId="77777777" w:rsidR="00A25DBD" w:rsidRPr="001F30A1" w:rsidRDefault="00630658">
            <w:pPr>
              <w:rPr>
                <w:lang w:val="fr-FR"/>
              </w:rPr>
            </w:pPr>
            <w:r w:rsidRPr="001F30A1">
              <w:rPr>
                <w:sz w:val="18"/>
                <w:lang w:val="fr-FR"/>
              </w:rPr>
              <w:t>7</w:t>
            </w:r>
          </w:p>
        </w:tc>
        <w:tc>
          <w:tcPr>
            <w:tcW w:w="1457" w:type="dxa"/>
            <w:vAlign w:val="center"/>
          </w:tcPr>
          <w:p w14:paraId="11AF1403" w14:textId="77777777" w:rsidR="00A25DBD" w:rsidRPr="001F30A1" w:rsidRDefault="00A25DBD">
            <w:pPr>
              <w:rPr>
                <w:lang w:val="fr-FR"/>
              </w:rPr>
            </w:pPr>
          </w:p>
        </w:tc>
        <w:tc>
          <w:tcPr>
            <w:tcW w:w="1457" w:type="dxa"/>
            <w:vAlign w:val="center"/>
          </w:tcPr>
          <w:p w14:paraId="049F6579" w14:textId="77777777" w:rsidR="00A25DBD" w:rsidRPr="001F30A1" w:rsidRDefault="00A25DBD">
            <w:pPr>
              <w:rPr>
                <w:lang w:val="fr-FR"/>
              </w:rPr>
            </w:pPr>
          </w:p>
        </w:tc>
        <w:tc>
          <w:tcPr>
            <w:tcW w:w="1457" w:type="dxa"/>
            <w:vAlign w:val="center"/>
          </w:tcPr>
          <w:p w14:paraId="72049724" w14:textId="77777777" w:rsidR="00A25DBD" w:rsidRPr="001F30A1" w:rsidRDefault="00A25DBD">
            <w:pPr>
              <w:rPr>
                <w:lang w:val="fr-FR"/>
              </w:rPr>
            </w:pPr>
          </w:p>
        </w:tc>
        <w:tc>
          <w:tcPr>
            <w:tcW w:w="1457" w:type="dxa"/>
            <w:vAlign w:val="center"/>
          </w:tcPr>
          <w:p w14:paraId="35272528" w14:textId="77777777" w:rsidR="00A25DBD" w:rsidRPr="001F30A1" w:rsidRDefault="00A25DBD">
            <w:pPr>
              <w:rPr>
                <w:lang w:val="fr-FR"/>
              </w:rPr>
            </w:pPr>
          </w:p>
        </w:tc>
        <w:tc>
          <w:tcPr>
            <w:tcW w:w="1457" w:type="dxa"/>
            <w:vAlign w:val="center"/>
          </w:tcPr>
          <w:p w14:paraId="39C94AB8" w14:textId="77777777" w:rsidR="00A25DBD" w:rsidRPr="001F30A1" w:rsidRDefault="00A25DBD">
            <w:pPr>
              <w:rPr>
                <w:lang w:val="fr-FR"/>
              </w:rPr>
            </w:pPr>
          </w:p>
        </w:tc>
        <w:tc>
          <w:tcPr>
            <w:tcW w:w="1457" w:type="dxa"/>
            <w:vAlign w:val="center"/>
          </w:tcPr>
          <w:p w14:paraId="7A4450DA" w14:textId="77777777" w:rsidR="00A25DBD" w:rsidRPr="001F30A1" w:rsidRDefault="00A25DBD">
            <w:pPr>
              <w:rPr>
                <w:lang w:val="fr-FR"/>
              </w:rPr>
            </w:pPr>
          </w:p>
        </w:tc>
      </w:tr>
      <w:tr w:rsidR="00A25DBD" w:rsidRPr="001F30A1" w14:paraId="26EB7ED6" w14:textId="77777777">
        <w:trPr>
          <w:jc w:val="center"/>
        </w:trPr>
        <w:tc>
          <w:tcPr>
            <w:tcW w:w="1457" w:type="dxa"/>
            <w:vAlign w:val="center"/>
          </w:tcPr>
          <w:p w14:paraId="6118862E" w14:textId="77777777" w:rsidR="00A25DBD" w:rsidRPr="001F30A1" w:rsidRDefault="00630658">
            <w:pPr>
              <w:rPr>
                <w:lang w:val="fr-FR"/>
              </w:rPr>
            </w:pPr>
            <w:r w:rsidRPr="001F30A1">
              <w:rPr>
                <w:sz w:val="18"/>
                <w:lang w:val="fr-FR"/>
              </w:rPr>
              <w:t>8</w:t>
            </w:r>
          </w:p>
        </w:tc>
        <w:tc>
          <w:tcPr>
            <w:tcW w:w="1457" w:type="dxa"/>
            <w:vAlign w:val="center"/>
          </w:tcPr>
          <w:p w14:paraId="04E072C6" w14:textId="77777777" w:rsidR="00A25DBD" w:rsidRPr="001F30A1" w:rsidRDefault="00A25DBD">
            <w:pPr>
              <w:rPr>
                <w:lang w:val="fr-FR"/>
              </w:rPr>
            </w:pPr>
          </w:p>
        </w:tc>
        <w:tc>
          <w:tcPr>
            <w:tcW w:w="1457" w:type="dxa"/>
            <w:vAlign w:val="center"/>
          </w:tcPr>
          <w:p w14:paraId="319FC429" w14:textId="77777777" w:rsidR="00A25DBD" w:rsidRPr="001F30A1" w:rsidRDefault="00A25DBD">
            <w:pPr>
              <w:rPr>
                <w:lang w:val="fr-FR"/>
              </w:rPr>
            </w:pPr>
          </w:p>
        </w:tc>
        <w:tc>
          <w:tcPr>
            <w:tcW w:w="1457" w:type="dxa"/>
            <w:vAlign w:val="center"/>
          </w:tcPr>
          <w:p w14:paraId="59353581" w14:textId="77777777" w:rsidR="00A25DBD" w:rsidRPr="001F30A1" w:rsidRDefault="00A25DBD">
            <w:pPr>
              <w:rPr>
                <w:lang w:val="fr-FR"/>
              </w:rPr>
            </w:pPr>
          </w:p>
        </w:tc>
        <w:tc>
          <w:tcPr>
            <w:tcW w:w="1457" w:type="dxa"/>
            <w:vAlign w:val="center"/>
          </w:tcPr>
          <w:p w14:paraId="6952832E" w14:textId="77777777" w:rsidR="00A25DBD" w:rsidRPr="001F30A1" w:rsidRDefault="00A25DBD">
            <w:pPr>
              <w:rPr>
                <w:lang w:val="fr-FR"/>
              </w:rPr>
            </w:pPr>
          </w:p>
        </w:tc>
        <w:tc>
          <w:tcPr>
            <w:tcW w:w="1457" w:type="dxa"/>
            <w:vAlign w:val="center"/>
          </w:tcPr>
          <w:p w14:paraId="1D7F7C71" w14:textId="77777777" w:rsidR="00A25DBD" w:rsidRPr="001F30A1" w:rsidRDefault="00A25DBD">
            <w:pPr>
              <w:rPr>
                <w:lang w:val="fr-FR"/>
              </w:rPr>
            </w:pPr>
          </w:p>
        </w:tc>
        <w:tc>
          <w:tcPr>
            <w:tcW w:w="1457" w:type="dxa"/>
            <w:vAlign w:val="center"/>
          </w:tcPr>
          <w:p w14:paraId="3ED5B0C6" w14:textId="77777777" w:rsidR="00A25DBD" w:rsidRPr="001F30A1" w:rsidRDefault="00A25DBD">
            <w:pPr>
              <w:rPr>
                <w:lang w:val="fr-FR"/>
              </w:rPr>
            </w:pPr>
          </w:p>
        </w:tc>
      </w:tr>
      <w:tr w:rsidR="00A25DBD" w:rsidRPr="001F30A1" w14:paraId="63E3AADB" w14:textId="77777777">
        <w:trPr>
          <w:jc w:val="center"/>
        </w:trPr>
        <w:tc>
          <w:tcPr>
            <w:tcW w:w="1457" w:type="dxa"/>
            <w:vAlign w:val="center"/>
          </w:tcPr>
          <w:p w14:paraId="336DA897" w14:textId="77777777" w:rsidR="00A25DBD" w:rsidRPr="001F30A1" w:rsidRDefault="00630658">
            <w:pPr>
              <w:rPr>
                <w:lang w:val="fr-FR"/>
              </w:rPr>
            </w:pPr>
            <w:r w:rsidRPr="001F30A1">
              <w:rPr>
                <w:sz w:val="18"/>
                <w:lang w:val="fr-FR"/>
              </w:rPr>
              <w:t>9</w:t>
            </w:r>
          </w:p>
        </w:tc>
        <w:tc>
          <w:tcPr>
            <w:tcW w:w="1457" w:type="dxa"/>
            <w:vAlign w:val="center"/>
          </w:tcPr>
          <w:p w14:paraId="10E98253" w14:textId="77777777" w:rsidR="00A25DBD" w:rsidRPr="001F30A1" w:rsidRDefault="00A25DBD">
            <w:pPr>
              <w:rPr>
                <w:lang w:val="fr-FR"/>
              </w:rPr>
            </w:pPr>
          </w:p>
        </w:tc>
        <w:tc>
          <w:tcPr>
            <w:tcW w:w="1457" w:type="dxa"/>
            <w:vAlign w:val="center"/>
          </w:tcPr>
          <w:p w14:paraId="693958FB" w14:textId="77777777" w:rsidR="00A25DBD" w:rsidRPr="001F30A1" w:rsidRDefault="00A25DBD">
            <w:pPr>
              <w:rPr>
                <w:lang w:val="fr-FR"/>
              </w:rPr>
            </w:pPr>
          </w:p>
        </w:tc>
        <w:tc>
          <w:tcPr>
            <w:tcW w:w="1457" w:type="dxa"/>
            <w:vAlign w:val="center"/>
          </w:tcPr>
          <w:p w14:paraId="5817832D" w14:textId="77777777" w:rsidR="00A25DBD" w:rsidRPr="001F30A1" w:rsidRDefault="00A25DBD">
            <w:pPr>
              <w:rPr>
                <w:lang w:val="fr-FR"/>
              </w:rPr>
            </w:pPr>
          </w:p>
        </w:tc>
        <w:tc>
          <w:tcPr>
            <w:tcW w:w="1457" w:type="dxa"/>
            <w:vAlign w:val="center"/>
          </w:tcPr>
          <w:p w14:paraId="19104811" w14:textId="77777777" w:rsidR="00A25DBD" w:rsidRPr="001F30A1" w:rsidRDefault="00A25DBD">
            <w:pPr>
              <w:rPr>
                <w:lang w:val="fr-FR"/>
              </w:rPr>
            </w:pPr>
          </w:p>
        </w:tc>
        <w:tc>
          <w:tcPr>
            <w:tcW w:w="1457" w:type="dxa"/>
            <w:vAlign w:val="center"/>
          </w:tcPr>
          <w:p w14:paraId="20A96B2D" w14:textId="77777777" w:rsidR="00A25DBD" w:rsidRPr="001F30A1" w:rsidRDefault="00A25DBD">
            <w:pPr>
              <w:rPr>
                <w:lang w:val="fr-FR"/>
              </w:rPr>
            </w:pPr>
          </w:p>
        </w:tc>
        <w:tc>
          <w:tcPr>
            <w:tcW w:w="1457" w:type="dxa"/>
            <w:vAlign w:val="center"/>
          </w:tcPr>
          <w:p w14:paraId="1E815D44" w14:textId="77777777" w:rsidR="00A25DBD" w:rsidRPr="001F30A1" w:rsidRDefault="00A25DBD">
            <w:pPr>
              <w:rPr>
                <w:lang w:val="fr-FR"/>
              </w:rPr>
            </w:pPr>
          </w:p>
        </w:tc>
      </w:tr>
      <w:tr w:rsidR="00A25DBD" w:rsidRPr="001F30A1" w14:paraId="2E17AA9F" w14:textId="77777777">
        <w:trPr>
          <w:jc w:val="center"/>
        </w:trPr>
        <w:tc>
          <w:tcPr>
            <w:tcW w:w="1457" w:type="dxa"/>
            <w:vAlign w:val="center"/>
          </w:tcPr>
          <w:p w14:paraId="301E7365" w14:textId="77777777" w:rsidR="00A25DBD" w:rsidRPr="001F30A1" w:rsidRDefault="00630658">
            <w:pPr>
              <w:rPr>
                <w:lang w:val="fr-FR"/>
              </w:rPr>
            </w:pPr>
            <w:r w:rsidRPr="001F30A1">
              <w:rPr>
                <w:sz w:val="18"/>
                <w:lang w:val="fr-FR"/>
              </w:rPr>
              <w:t>10</w:t>
            </w:r>
          </w:p>
        </w:tc>
        <w:tc>
          <w:tcPr>
            <w:tcW w:w="1457" w:type="dxa"/>
            <w:vAlign w:val="center"/>
          </w:tcPr>
          <w:p w14:paraId="1B3DA962" w14:textId="77777777" w:rsidR="00A25DBD" w:rsidRPr="001F30A1" w:rsidRDefault="00A25DBD">
            <w:pPr>
              <w:rPr>
                <w:lang w:val="fr-FR"/>
              </w:rPr>
            </w:pPr>
          </w:p>
        </w:tc>
        <w:tc>
          <w:tcPr>
            <w:tcW w:w="1457" w:type="dxa"/>
            <w:vAlign w:val="center"/>
          </w:tcPr>
          <w:p w14:paraId="2797D737" w14:textId="77777777" w:rsidR="00A25DBD" w:rsidRPr="001F30A1" w:rsidRDefault="00A25DBD">
            <w:pPr>
              <w:rPr>
                <w:lang w:val="fr-FR"/>
              </w:rPr>
            </w:pPr>
          </w:p>
        </w:tc>
        <w:tc>
          <w:tcPr>
            <w:tcW w:w="1457" w:type="dxa"/>
            <w:vAlign w:val="center"/>
          </w:tcPr>
          <w:p w14:paraId="07281ED1" w14:textId="77777777" w:rsidR="00A25DBD" w:rsidRPr="001F30A1" w:rsidRDefault="00A25DBD">
            <w:pPr>
              <w:rPr>
                <w:lang w:val="fr-FR"/>
              </w:rPr>
            </w:pPr>
          </w:p>
        </w:tc>
        <w:tc>
          <w:tcPr>
            <w:tcW w:w="1457" w:type="dxa"/>
            <w:vAlign w:val="center"/>
          </w:tcPr>
          <w:p w14:paraId="2932F67E" w14:textId="77777777" w:rsidR="00A25DBD" w:rsidRPr="001F30A1" w:rsidRDefault="00A25DBD">
            <w:pPr>
              <w:rPr>
                <w:lang w:val="fr-FR"/>
              </w:rPr>
            </w:pPr>
          </w:p>
        </w:tc>
        <w:tc>
          <w:tcPr>
            <w:tcW w:w="1457" w:type="dxa"/>
            <w:vAlign w:val="center"/>
          </w:tcPr>
          <w:p w14:paraId="23270CF4" w14:textId="77777777" w:rsidR="00A25DBD" w:rsidRPr="001F30A1" w:rsidRDefault="00A25DBD">
            <w:pPr>
              <w:rPr>
                <w:lang w:val="fr-FR"/>
              </w:rPr>
            </w:pPr>
          </w:p>
        </w:tc>
        <w:tc>
          <w:tcPr>
            <w:tcW w:w="1457" w:type="dxa"/>
            <w:vAlign w:val="center"/>
          </w:tcPr>
          <w:p w14:paraId="2C28A391" w14:textId="77777777" w:rsidR="00A25DBD" w:rsidRPr="001F30A1" w:rsidRDefault="00A25DBD">
            <w:pPr>
              <w:rPr>
                <w:lang w:val="fr-FR"/>
              </w:rPr>
            </w:pPr>
          </w:p>
        </w:tc>
      </w:tr>
    </w:tbl>
    <w:p w14:paraId="7D00518D" w14:textId="77777777" w:rsidR="005754AB" w:rsidRDefault="005754AB">
      <w:pPr>
        <w:rPr>
          <w:lang w:val="fr-FR"/>
        </w:rPr>
        <w:sectPr w:rsidR="005754AB" w:rsidSect="00034616">
          <w:pgSz w:w="12240" w:h="15840"/>
          <w:pgMar w:top="964" w:right="1020" w:bottom="964" w:left="1020" w:header="720" w:footer="720" w:gutter="0"/>
          <w:cols w:space="720"/>
          <w:docGrid w:linePitch="360"/>
        </w:sectPr>
      </w:pPr>
    </w:p>
    <w:p w14:paraId="5CF97166" w14:textId="77777777" w:rsidR="00A25DBD" w:rsidRPr="001F30A1" w:rsidRDefault="00A25DBD">
      <w:pPr>
        <w:rPr>
          <w:lang w:val="fr-FR"/>
        </w:rPr>
      </w:pPr>
    </w:p>
    <w:p w14:paraId="68803583" w14:textId="77777777" w:rsidR="00A25DBD" w:rsidRPr="001F30A1" w:rsidRDefault="00630658">
      <w:pPr>
        <w:pStyle w:val="Titre1"/>
        <w:rPr>
          <w:lang w:val="fr-FR"/>
        </w:rPr>
      </w:pPr>
      <w:r w:rsidRPr="001F30A1">
        <w:rPr>
          <w:lang w:val="fr-FR"/>
        </w:rPr>
        <w:t>3. Modèle de procuration</w:t>
      </w:r>
    </w:p>
    <w:p w14:paraId="1991CC2B" w14:textId="2EFE22B7" w:rsidR="00A25DBD" w:rsidRPr="001F30A1" w:rsidRDefault="00630658">
      <w:pPr>
        <w:spacing w:after="100" w:line="259" w:lineRule="auto"/>
        <w:rPr>
          <w:lang w:val="fr-FR"/>
        </w:rPr>
      </w:pPr>
      <w:r w:rsidRPr="001F30A1">
        <w:rPr>
          <w:lang w:val="fr-FR"/>
        </w:rPr>
        <w:t xml:space="preserve">Je soussigné(e) [nom, prénom], membre de l’association </w:t>
      </w:r>
      <w:r w:rsidR="001A3BE8" w:rsidRPr="001F30A1">
        <w:rPr>
          <w:lang w:val="fr-FR"/>
        </w:rPr>
        <w:t>AGORA-MF – Association pour une Gouvernance Ouverte et une Responsabilité Active à Moncourt-Fromonville</w:t>
      </w:r>
      <w:r w:rsidRPr="001F30A1">
        <w:rPr>
          <w:lang w:val="fr-FR"/>
        </w:rPr>
        <w:t>, donne pouvoir à [nom, prénom] pour me représenter lors de l’assemblée générale du [date], signer la feuille de présence, prendre part aux délibérations et voter en mon nom sur les questions inscrites à l’ordre du jour.</w:t>
      </w:r>
    </w:p>
    <w:p w14:paraId="09523E7A" w14:textId="77777777" w:rsidR="00A25DBD" w:rsidRPr="001F30A1" w:rsidRDefault="00630658">
      <w:pPr>
        <w:spacing w:after="100" w:line="259" w:lineRule="auto"/>
        <w:rPr>
          <w:lang w:val="fr-FR"/>
        </w:rPr>
      </w:pPr>
      <w:r w:rsidRPr="001F30A1">
        <w:rPr>
          <w:lang w:val="fr-FR"/>
        </w:rPr>
        <w:t>Fait à Moncourt-Fromonville, le [date].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100"/>
        <w:gridCol w:w="5100"/>
      </w:tblGrid>
      <w:tr w:rsidR="00A25DBD" w:rsidRPr="001F30A1" w14:paraId="27D011FE" w14:textId="77777777">
        <w:trPr>
          <w:jc w:val="center"/>
        </w:trPr>
        <w:tc>
          <w:tcPr>
            <w:tcW w:w="5100" w:type="dxa"/>
            <w:vAlign w:val="center"/>
          </w:tcPr>
          <w:p w14:paraId="33339248" w14:textId="77777777" w:rsidR="00A25DBD" w:rsidRPr="001F30A1" w:rsidRDefault="00630658">
            <w:pPr>
              <w:rPr>
                <w:lang w:val="fr-FR"/>
              </w:rPr>
            </w:pPr>
            <w:r w:rsidRPr="001F30A1">
              <w:rPr>
                <w:b/>
                <w:color w:val="17365D"/>
                <w:sz w:val="18"/>
                <w:lang w:val="fr-FR"/>
              </w:rPr>
              <w:t>Mandant</w:t>
            </w:r>
          </w:p>
        </w:tc>
        <w:tc>
          <w:tcPr>
            <w:tcW w:w="5100" w:type="dxa"/>
            <w:vAlign w:val="center"/>
          </w:tcPr>
          <w:p w14:paraId="5C7FA454" w14:textId="77777777" w:rsidR="00A25DBD" w:rsidRPr="001F30A1" w:rsidRDefault="00630658">
            <w:pPr>
              <w:rPr>
                <w:lang w:val="fr-FR"/>
              </w:rPr>
            </w:pPr>
            <w:r w:rsidRPr="001F30A1">
              <w:rPr>
                <w:b/>
                <w:color w:val="17365D"/>
                <w:sz w:val="18"/>
                <w:lang w:val="fr-FR"/>
              </w:rPr>
              <w:t>Mandataire</w:t>
            </w:r>
          </w:p>
        </w:tc>
      </w:tr>
      <w:tr w:rsidR="00A25DBD" w:rsidRPr="001F30A1" w14:paraId="53E66E5B" w14:textId="77777777">
        <w:trPr>
          <w:jc w:val="center"/>
        </w:trPr>
        <w:tc>
          <w:tcPr>
            <w:tcW w:w="5100" w:type="dxa"/>
          </w:tcPr>
          <w:p w14:paraId="744F1131" w14:textId="77777777" w:rsidR="00A25DBD" w:rsidRPr="001F30A1" w:rsidRDefault="00630658">
            <w:pPr>
              <w:spacing w:after="320"/>
              <w:rPr>
                <w:lang w:val="fr-FR"/>
              </w:rPr>
            </w:pPr>
            <w:r w:rsidRPr="001F30A1">
              <w:rPr>
                <w:lang w:val="fr-FR"/>
              </w:rPr>
              <w:t>Nom :</w:t>
            </w:r>
            <w:r w:rsidRPr="001F30A1">
              <w:rPr>
                <w:lang w:val="fr-FR"/>
              </w:rPr>
              <w:br/>
              <w:t>Fonction :</w:t>
            </w:r>
            <w:r w:rsidRPr="001F30A1">
              <w:rPr>
                <w:lang w:val="fr-FR"/>
              </w:rPr>
              <w:br/>
              <w:t>Signature :</w:t>
            </w:r>
          </w:p>
        </w:tc>
        <w:tc>
          <w:tcPr>
            <w:tcW w:w="5100" w:type="dxa"/>
          </w:tcPr>
          <w:p w14:paraId="18536F6D" w14:textId="77777777" w:rsidR="00A25DBD" w:rsidRPr="001F30A1" w:rsidRDefault="00630658">
            <w:pPr>
              <w:spacing w:after="320"/>
              <w:rPr>
                <w:lang w:val="fr-FR"/>
              </w:rPr>
            </w:pPr>
            <w:r w:rsidRPr="001F30A1">
              <w:rPr>
                <w:lang w:val="fr-FR"/>
              </w:rPr>
              <w:t>Nom :</w:t>
            </w:r>
            <w:r w:rsidRPr="001F30A1">
              <w:rPr>
                <w:lang w:val="fr-FR"/>
              </w:rPr>
              <w:br/>
              <w:t>Fonction :</w:t>
            </w:r>
            <w:r w:rsidRPr="001F30A1">
              <w:rPr>
                <w:lang w:val="fr-FR"/>
              </w:rPr>
              <w:br/>
              <w:t>Signature :</w:t>
            </w:r>
          </w:p>
        </w:tc>
      </w:tr>
    </w:tbl>
    <w:p w14:paraId="73F6CC1C" w14:textId="77777777" w:rsidR="00A25DBD" w:rsidRPr="001F30A1" w:rsidRDefault="00630658">
      <w:pPr>
        <w:pStyle w:val="Titre1"/>
        <w:rPr>
          <w:lang w:val="fr-FR"/>
        </w:rPr>
      </w:pPr>
      <w:r w:rsidRPr="001F30A1">
        <w:rPr>
          <w:lang w:val="fr-FR"/>
        </w:rPr>
        <w:t>4. Calendrier de lancement – 100 jours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100"/>
        <w:gridCol w:w="5100"/>
      </w:tblGrid>
      <w:tr w:rsidR="00A25DBD" w:rsidRPr="001F30A1" w14:paraId="1E9EEBC5" w14:textId="77777777">
        <w:trPr>
          <w:jc w:val="center"/>
        </w:trPr>
        <w:tc>
          <w:tcPr>
            <w:tcW w:w="5100" w:type="dxa"/>
            <w:shd w:val="clear" w:color="auto" w:fill="17365D"/>
            <w:vAlign w:val="center"/>
          </w:tcPr>
          <w:p w14:paraId="5E015172" w14:textId="77777777" w:rsidR="00A25DBD" w:rsidRPr="001F30A1" w:rsidRDefault="00630658">
            <w:pPr>
              <w:rPr>
                <w:lang w:val="fr-FR"/>
              </w:rPr>
            </w:pPr>
            <w:r w:rsidRPr="001F30A1">
              <w:rPr>
                <w:b/>
                <w:color w:val="FFFFFF"/>
                <w:sz w:val="18"/>
                <w:lang w:val="fr-FR"/>
              </w:rPr>
              <w:t>Période</w:t>
            </w:r>
          </w:p>
        </w:tc>
        <w:tc>
          <w:tcPr>
            <w:tcW w:w="5100" w:type="dxa"/>
            <w:shd w:val="clear" w:color="auto" w:fill="17365D"/>
            <w:vAlign w:val="center"/>
          </w:tcPr>
          <w:p w14:paraId="739E653E" w14:textId="77777777" w:rsidR="00A25DBD" w:rsidRPr="001F30A1" w:rsidRDefault="00630658">
            <w:pPr>
              <w:rPr>
                <w:lang w:val="fr-FR"/>
              </w:rPr>
            </w:pPr>
            <w:r w:rsidRPr="001F30A1">
              <w:rPr>
                <w:b/>
                <w:color w:val="FFFFFF"/>
                <w:sz w:val="18"/>
                <w:lang w:val="fr-FR"/>
              </w:rPr>
              <w:t>Actions</w:t>
            </w:r>
          </w:p>
        </w:tc>
      </w:tr>
      <w:tr w:rsidR="00A25DBD" w:rsidRPr="001F30A1" w14:paraId="744D8ED2" w14:textId="77777777">
        <w:trPr>
          <w:jc w:val="center"/>
        </w:trPr>
        <w:tc>
          <w:tcPr>
            <w:tcW w:w="5100" w:type="dxa"/>
            <w:vAlign w:val="center"/>
          </w:tcPr>
          <w:p w14:paraId="51C79BF0" w14:textId="77777777" w:rsidR="00A25DBD" w:rsidRPr="001F30A1" w:rsidRDefault="00630658">
            <w:pPr>
              <w:rPr>
                <w:lang w:val="fr-FR"/>
              </w:rPr>
            </w:pPr>
            <w:r w:rsidRPr="001F30A1">
              <w:rPr>
                <w:sz w:val="18"/>
                <w:lang w:val="fr-FR"/>
              </w:rPr>
              <w:t>J + 0 à J + 15</w:t>
            </w:r>
          </w:p>
        </w:tc>
        <w:tc>
          <w:tcPr>
            <w:tcW w:w="5100" w:type="dxa"/>
            <w:vAlign w:val="center"/>
          </w:tcPr>
          <w:p w14:paraId="71B628F1" w14:textId="77777777" w:rsidR="00A25DBD" w:rsidRPr="001F30A1" w:rsidRDefault="00630658">
            <w:pPr>
              <w:rPr>
                <w:lang w:val="fr-FR"/>
              </w:rPr>
            </w:pPr>
            <w:r w:rsidRPr="001F30A1">
              <w:rPr>
                <w:sz w:val="18"/>
                <w:lang w:val="fr-FR"/>
              </w:rPr>
              <w:t>Assemblée constitutive, signature des statuts, déclaration, publication JOAFE, récépissé.</w:t>
            </w:r>
          </w:p>
        </w:tc>
      </w:tr>
      <w:tr w:rsidR="00A25DBD" w:rsidRPr="001F30A1" w14:paraId="6C54AC15" w14:textId="77777777">
        <w:trPr>
          <w:jc w:val="center"/>
        </w:trPr>
        <w:tc>
          <w:tcPr>
            <w:tcW w:w="5100" w:type="dxa"/>
            <w:vAlign w:val="center"/>
          </w:tcPr>
          <w:p w14:paraId="5E6D166F" w14:textId="77777777" w:rsidR="00A25DBD" w:rsidRPr="001F30A1" w:rsidRDefault="00630658">
            <w:pPr>
              <w:rPr>
                <w:lang w:val="fr-FR"/>
              </w:rPr>
            </w:pPr>
            <w:r w:rsidRPr="001F30A1">
              <w:rPr>
                <w:sz w:val="18"/>
                <w:lang w:val="fr-FR"/>
              </w:rPr>
              <w:t>J + 15 à J + 30</w:t>
            </w:r>
          </w:p>
        </w:tc>
        <w:tc>
          <w:tcPr>
            <w:tcW w:w="5100" w:type="dxa"/>
            <w:vAlign w:val="center"/>
          </w:tcPr>
          <w:p w14:paraId="1A027BD0" w14:textId="77777777" w:rsidR="00A25DBD" w:rsidRPr="001F30A1" w:rsidRDefault="00630658">
            <w:pPr>
              <w:rPr>
                <w:lang w:val="fr-FR"/>
              </w:rPr>
            </w:pPr>
            <w:r w:rsidRPr="001F30A1">
              <w:rPr>
                <w:sz w:val="18"/>
                <w:lang w:val="fr-FR"/>
              </w:rPr>
              <w:t xml:space="preserve">Compte bancaire, adresse </w:t>
            </w:r>
            <w:proofErr w:type="gramStart"/>
            <w:r w:rsidRPr="001F30A1">
              <w:rPr>
                <w:sz w:val="18"/>
                <w:lang w:val="fr-FR"/>
              </w:rPr>
              <w:t>mail</w:t>
            </w:r>
            <w:proofErr w:type="gramEnd"/>
            <w:r w:rsidRPr="001F30A1">
              <w:rPr>
                <w:sz w:val="18"/>
                <w:lang w:val="fr-FR"/>
              </w:rPr>
              <w:t>, page de présentation, formulaire d’adhésion.</w:t>
            </w:r>
          </w:p>
        </w:tc>
      </w:tr>
      <w:tr w:rsidR="00A25DBD" w:rsidRPr="001F30A1" w14:paraId="379652FA" w14:textId="77777777">
        <w:trPr>
          <w:jc w:val="center"/>
        </w:trPr>
        <w:tc>
          <w:tcPr>
            <w:tcW w:w="5100" w:type="dxa"/>
            <w:vAlign w:val="center"/>
          </w:tcPr>
          <w:p w14:paraId="075A9373" w14:textId="77777777" w:rsidR="00A25DBD" w:rsidRPr="001F30A1" w:rsidRDefault="00630658">
            <w:pPr>
              <w:rPr>
                <w:lang w:val="fr-FR"/>
              </w:rPr>
            </w:pPr>
            <w:r w:rsidRPr="001F30A1">
              <w:rPr>
                <w:sz w:val="18"/>
                <w:lang w:val="fr-FR"/>
              </w:rPr>
              <w:t>J + 30 à J + 45</w:t>
            </w:r>
          </w:p>
        </w:tc>
        <w:tc>
          <w:tcPr>
            <w:tcW w:w="5100" w:type="dxa"/>
            <w:vAlign w:val="center"/>
          </w:tcPr>
          <w:p w14:paraId="38D752F5" w14:textId="77777777" w:rsidR="00A25DBD" w:rsidRPr="001F30A1" w:rsidRDefault="00630658">
            <w:pPr>
              <w:rPr>
                <w:lang w:val="fr-FR"/>
              </w:rPr>
            </w:pPr>
            <w:r w:rsidRPr="001F30A1">
              <w:rPr>
                <w:sz w:val="18"/>
                <w:lang w:val="fr-FR"/>
              </w:rPr>
              <w:t>Première réunion publique, lancement newsletter, constitution des groupes de travail.</w:t>
            </w:r>
          </w:p>
        </w:tc>
      </w:tr>
      <w:tr w:rsidR="00A25DBD" w:rsidRPr="001F30A1" w14:paraId="08D0DC88" w14:textId="77777777">
        <w:trPr>
          <w:jc w:val="center"/>
        </w:trPr>
        <w:tc>
          <w:tcPr>
            <w:tcW w:w="5100" w:type="dxa"/>
            <w:vAlign w:val="center"/>
          </w:tcPr>
          <w:p w14:paraId="1CFA0FB9" w14:textId="77777777" w:rsidR="00A25DBD" w:rsidRPr="001F30A1" w:rsidRDefault="00630658">
            <w:pPr>
              <w:rPr>
                <w:lang w:val="fr-FR"/>
              </w:rPr>
            </w:pPr>
            <w:r w:rsidRPr="001F30A1">
              <w:rPr>
                <w:sz w:val="18"/>
                <w:lang w:val="fr-FR"/>
              </w:rPr>
              <w:t>J + 45 à J + 70</w:t>
            </w:r>
          </w:p>
        </w:tc>
        <w:tc>
          <w:tcPr>
            <w:tcW w:w="5100" w:type="dxa"/>
            <w:vAlign w:val="center"/>
          </w:tcPr>
          <w:p w14:paraId="4039E9F3" w14:textId="77777777" w:rsidR="00A25DBD" w:rsidRPr="001F30A1" w:rsidRDefault="00630658">
            <w:pPr>
              <w:rPr>
                <w:lang w:val="fr-FR"/>
              </w:rPr>
            </w:pPr>
            <w:r w:rsidRPr="001F30A1">
              <w:rPr>
                <w:sz w:val="18"/>
                <w:lang w:val="fr-FR"/>
              </w:rPr>
              <w:t>Premier compte rendu citoyen, première note thématique, calendrier des conseils municipaux.</w:t>
            </w:r>
          </w:p>
        </w:tc>
      </w:tr>
      <w:tr w:rsidR="00A25DBD" w:rsidRPr="001F30A1" w14:paraId="1A069720" w14:textId="77777777">
        <w:trPr>
          <w:jc w:val="center"/>
        </w:trPr>
        <w:tc>
          <w:tcPr>
            <w:tcW w:w="5100" w:type="dxa"/>
            <w:vAlign w:val="center"/>
          </w:tcPr>
          <w:p w14:paraId="4FA90B4C" w14:textId="77777777" w:rsidR="00A25DBD" w:rsidRPr="001F30A1" w:rsidRDefault="00630658">
            <w:pPr>
              <w:rPr>
                <w:lang w:val="fr-FR"/>
              </w:rPr>
            </w:pPr>
            <w:r w:rsidRPr="001F30A1">
              <w:rPr>
                <w:sz w:val="18"/>
                <w:lang w:val="fr-FR"/>
              </w:rPr>
              <w:t>J + 70 à J + 100</w:t>
            </w:r>
          </w:p>
        </w:tc>
        <w:tc>
          <w:tcPr>
            <w:tcW w:w="5100" w:type="dxa"/>
            <w:vAlign w:val="center"/>
          </w:tcPr>
          <w:p w14:paraId="23233DCD" w14:textId="77777777" w:rsidR="00A25DBD" w:rsidRPr="001F30A1" w:rsidRDefault="00630658">
            <w:pPr>
              <w:rPr>
                <w:lang w:val="fr-FR"/>
              </w:rPr>
            </w:pPr>
            <w:r w:rsidRPr="001F30A1">
              <w:rPr>
                <w:sz w:val="18"/>
                <w:lang w:val="fr-FR"/>
              </w:rPr>
              <w:t>Bilan du lancement, ajustement de la gouvernance, programme trimestriel d’actions.</w:t>
            </w:r>
          </w:p>
        </w:tc>
      </w:tr>
    </w:tbl>
    <w:p w14:paraId="7F3DE57E" w14:textId="77777777" w:rsidR="00A25DBD" w:rsidRPr="001F30A1" w:rsidRDefault="00630658">
      <w:pPr>
        <w:pStyle w:val="Titre1"/>
        <w:rPr>
          <w:lang w:val="fr-FR"/>
        </w:rPr>
      </w:pPr>
      <w:r w:rsidRPr="001F30A1">
        <w:rPr>
          <w:lang w:val="fr-FR"/>
        </w:rPr>
        <w:t>5. Groupes de travail proposés</w:t>
      </w:r>
    </w:p>
    <w:p w14:paraId="049A123B" w14:textId="77777777" w:rsidR="00A25DBD" w:rsidRPr="001F30A1" w:rsidRDefault="00630658">
      <w:pPr>
        <w:pStyle w:val="Listepuces"/>
        <w:spacing w:after="40"/>
        <w:rPr>
          <w:lang w:val="fr-FR"/>
        </w:rPr>
      </w:pPr>
      <w:r w:rsidRPr="001F30A1">
        <w:rPr>
          <w:lang w:val="fr-FR"/>
        </w:rPr>
        <w:t>Finances locales et fiscalité communale.</w:t>
      </w:r>
    </w:p>
    <w:p w14:paraId="25BA13DD" w14:textId="77777777" w:rsidR="00A25DBD" w:rsidRPr="001F30A1" w:rsidRDefault="00630658">
      <w:pPr>
        <w:pStyle w:val="Listepuces"/>
        <w:spacing w:after="40"/>
        <w:rPr>
          <w:lang w:val="fr-FR"/>
        </w:rPr>
      </w:pPr>
      <w:r w:rsidRPr="001F30A1">
        <w:rPr>
          <w:lang w:val="fr-FR"/>
        </w:rPr>
        <w:t>Urbanisme, travaux, voirie et stationnement.</w:t>
      </w:r>
    </w:p>
    <w:p w14:paraId="6E98C220" w14:textId="77777777" w:rsidR="00A25DBD" w:rsidRPr="001F30A1" w:rsidRDefault="00630658">
      <w:pPr>
        <w:pStyle w:val="Listepuces"/>
        <w:spacing w:after="40"/>
        <w:rPr>
          <w:lang w:val="fr-FR"/>
        </w:rPr>
      </w:pPr>
      <w:r w:rsidRPr="001F30A1">
        <w:rPr>
          <w:lang w:val="fr-FR"/>
        </w:rPr>
        <w:t>Environnement, cadre de vie et patrimoine.</w:t>
      </w:r>
    </w:p>
    <w:p w14:paraId="755C3258" w14:textId="77777777" w:rsidR="00A25DBD" w:rsidRPr="001F30A1" w:rsidRDefault="00630658">
      <w:pPr>
        <w:pStyle w:val="Listepuces"/>
        <w:spacing w:after="40"/>
        <w:rPr>
          <w:lang w:val="fr-FR"/>
        </w:rPr>
      </w:pPr>
      <w:r w:rsidRPr="001F30A1">
        <w:rPr>
          <w:lang w:val="fr-FR"/>
        </w:rPr>
        <w:t>Sécurité, tranquillité et prévention.</w:t>
      </w:r>
    </w:p>
    <w:p w14:paraId="6D044962" w14:textId="77777777" w:rsidR="00A25DBD" w:rsidRPr="001F30A1" w:rsidRDefault="00630658">
      <w:pPr>
        <w:pStyle w:val="Listepuces"/>
        <w:spacing w:after="40"/>
        <w:rPr>
          <w:lang w:val="fr-FR"/>
        </w:rPr>
      </w:pPr>
      <w:r w:rsidRPr="001F30A1">
        <w:rPr>
          <w:lang w:val="fr-FR"/>
        </w:rPr>
        <w:t>Vie associative, jeunesse, seniors et solidarité.</w:t>
      </w:r>
    </w:p>
    <w:p w14:paraId="588038B3" w14:textId="77777777" w:rsidR="00A25DBD" w:rsidRPr="001F30A1" w:rsidRDefault="00630658">
      <w:pPr>
        <w:pStyle w:val="Listepuces"/>
        <w:spacing w:after="40"/>
        <w:rPr>
          <w:lang w:val="fr-FR"/>
        </w:rPr>
      </w:pPr>
      <w:r w:rsidRPr="001F30A1">
        <w:rPr>
          <w:lang w:val="fr-FR"/>
        </w:rPr>
        <w:t>Communication, transparence et participation citoyenne.</w:t>
      </w:r>
    </w:p>
    <w:p w14:paraId="4A0C0DDC" w14:textId="48AD5ED7" w:rsidR="00A25DBD" w:rsidRPr="001F30A1" w:rsidRDefault="00630658">
      <w:pPr>
        <w:pStyle w:val="Titre1"/>
        <w:rPr>
          <w:lang w:val="fr-FR"/>
        </w:rPr>
      </w:pPr>
      <w:r w:rsidRPr="001F30A1">
        <w:rPr>
          <w:lang w:val="fr-FR"/>
        </w:rPr>
        <w:t xml:space="preserve">6. Trame de compte rendu 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100"/>
        <w:gridCol w:w="5100"/>
      </w:tblGrid>
      <w:tr w:rsidR="00A25DBD" w:rsidRPr="001F30A1" w14:paraId="22F65C45" w14:textId="77777777">
        <w:trPr>
          <w:jc w:val="center"/>
        </w:trPr>
        <w:tc>
          <w:tcPr>
            <w:tcW w:w="5100" w:type="dxa"/>
            <w:shd w:val="clear" w:color="auto" w:fill="17365D"/>
            <w:vAlign w:val="center"/>
          </w:tcPr>
          <w:p w14:paraId="4B7C7ACD" w14:textId="77777777" w:rsidR="00A25DBD" w:rsidRPr="001F30A1" w:rsidRDefault="00630658">
            <w:pPr>
              <w:rPr>
                <w:lang w:val="fr-FR"/>
              </w:rPr>
            </w:pPr>
            <w:r w:rsidRPr="001F30A1">
              <w:rPr>
                <w:b/>
                <w:color w:val="FFFFFF"/>
                <w:sz w:val="18"/>
                <w:lang w:val="fr-FR"/>
              </w:rPr>
              <w:t>Rubrique</w:t>
            </w:r>
          </w:p>
        </w:tc>
        <w:tc>
          <w:tcPr>
            <w:tcW w:w="5100" w:type="dxa"/>
            <w:shd w:val="clear" w:color="auto" w:fill="17365D"/>
            <w:vAlign w:val="center"/>
          </w:tcPr>
          <w:p w14:paraId="017FE810" w14:textId="77777777" w:rsidR="00A25DBD" w:rsidRPr="001F30A1" w:rsidRDefault="00630658">
            <w:pPr>
              <w:rPr>
                <w:lang w:val="fr-FR"/>
              </w:rPr>
            </w:pPr>
            <w:r w:rsidRPr="001F30A1">
              <w:rPr>
                <w:b/>
                <w:color w:val="FFFFFF"/>
                <w:sz w:val="18"/>
                <w:lang w:val="fr-FR"/>
              </w:rPr>
              <w:t>Contenu</w:t>
            </w:r>
          </w:p>
        </w:tc>
      </w:tr>
      <w:tr w:rsidR="00A25DBD" w:rsidRPr="001F30A1" w14:paraId="4DBD3092" w14:textId="77777777">
        <w:trPr>
          <w:jc w:val="center"/>
        </w:trPr>
        <w:tc>
          <w:tcPr>
            <w:tcW w:w="5100" w:type="dxa"/>
            <w:vAlign w:val="center"/>
          </w:tcPr>
          <w:p w14:paraId="603E8E38" w14:textId="77777777" w:rsidR="00A25DBD" w:rsidRPr="001F30A1" w:rsidRDefault="00630658">
            <w:pPr>
              <w:rPr>
                <w:lang w:val="fr-FR"/>
              </w:rPr>
            </w:pPr>
            <w:r w:rsidRPr="001F30A1">
              <w:rPr>
                <w:sz w:val="18"/>
                <w:lang w:val="fr-FR"/>
              </w:rPr>
              <w:t>Date du conseil</w:t>
            </w:r>
          </w:p>
        </w:tc>
        <w:tc>
          <w:tcPr>
            <w:tcW w:w="5100" w:type="dxa"/>
            <w:vAlign w:val="center"/>
          </w:tcPr>
          <w:p w14:paraId="5AE2E6CD" w14:textId="77777777" w:rsidR="00A25DBD" w:rsidRPr="001F30A1" w:rsidRDefault="00630658">
            <w:pPr>
              <w:rPr>
                <w:lang w:val="fr-FR"/>
              </w:rPr>
            </w:pPr>
            <w:r w:rsidRPr="001F30A1">
              <w:rPr>
                <w:sz w:val="18"/>
                <w:lang w:val="fr-FR"/>
              </w:rPr>
              <w:t>[date]</w:t>
            </w:r>
          </w:p>
        </w:tc>
      </w:tr>
      <w:tr w:rsidR="00A25DBD" w:rsidRPr="001F30A1" w14:paraId="49BD5950" w14:textId="77777777">
        <w:trPr>
          <w:jc w:val="center"/>
        </w:trPr>
        <w:tc>
          <w:tcPr>
            <w:tcW w:w="5100" w:type="dxa"/>
            <w:vAlign w:val="center"/>
          </w:tcPr>
          <w:p w14:paraId="6DFD32AB" w14:textId="77777777" w:rsidR="00A25DBD" w:rsidRPr="001F30A1" w:rsidRDefault="00630658">
            <w:pPr>
              <w:rPr>
                <w:lang w:val="fr-FR"/>
              </w:rPr>
            </w:pPr>
            <w:r w:rsidRPr="001F30A1">
              <w:rPr>
                <w:sz w:val="18"/>
                <w:lang w:val="fr-FR"/>
              </w:rPr>
              <w:t>Principaux sujets</w:t>
            </w:r>
          </w:p>
        </w:tc>
        <w:tc>
          <w:tcPr>
            <w:tcW w:w="5100" w:type="dxa"/>
            <w:vAlign w:val="center"/>
          </w:tcPr>
          <w:p w14:paraId="258DBDF6" w14:textId="77777777" w:rsidR="00A25DBD" w:rsidRPr="001F30A1" w:rsidRDefault="00630658">
            <w:pPr>
              <w:rPr>
                <w:lang w:val="fr-FR"/>
              </w:rPr>
            </w:pPr>
            <w:r w:rsidRPr="001F30A1">
              <w:rPr>
                <w:sz w:val="18"/>
                <w:lang w:val="fr-FR"/>
              </w:rPr>
              <w:t>[liste]</w:t>
            </w:r>
          </w:p>
        </w:tc>
      </w:tr>
      <w:tr w:rsidR="00A25DBD" w:rsidRPr="001F30A1" w14:paraId="524BB1FB" w14:textId="77777777">
        <w:trPr>
          <w:jc w:val="center"/>
        </w:trPr>
        <w:tc>
          <w:tcPr>
            <w:tcW w:w="5100" w:type="dxa"/>
            <w:vAlign w:val="center"/>
          </w:tcPr>
          <w:p w14:paraId="00182ED4" w14:textId="77777777" w:rsidR="00A25DBD" w:rsidRPr="001F30A1" w:rsidRDefault="00630658">
            <w:pPr>
              <w:rPr>
                <w:lang w:val="fr-FR"/>
              </w:rPr>
            </w:pPr>
            <w:r w:rsidRPr="001F30A1">
              <w:rPr>
                <w:sz w:val="18"/>
                <w:lang w:val="fr-FR"/>
              </w:rPr>
              <w:t>Décisions votées</w:t>
            </w:r>
          </w:p>
        </w:tc>
        <w:tc>
          <w:tcPr>
            <w:tcW w:w="5100" w:type="dxa"/>
            <w:vAlign w:val="center"/>
          </w:tcPr>
          <w:p w14:paraId="3AC9298C" w14:textId="77777777" w:rsidR="00A25DBD" w:rsidRPr="001F30A1" w:rsidRDefault="00630658">
            <w:pPr>
              <w:rPr>
                <w:lang w:val="fr-FR"/>
              </w:rPr>
            </w:pPr>
            <w:r w:rsidRPr="001F30A1">
              <w:rPr>
                <w:sz w:val="18"/>
                <w:lang w:val="fr-FR"/>
              </w:rPr>
              <w:t>[délibérations / résultats]</w:t>
            </w:r>
          </w:p>
        </w:tc>
      </w:tr>
      <w:tr w:rsidR="00A25DBD" w:rsidRPr="001F30A1" w14:paraId="1F9FB750" w14:textId="77777777">
        <w:trPr>
          <w:jc w:val="center"/>
        </w:trPr>
        <w:tc>
          <w:tcPr>
            <w:tcW w:w="5100" w:type="dxa"/>
            <w:vAlign w:val="center"/>
          </w:tcPr>
          <w:p w14:paraId="3CF7D4A8" w14:textId="77777777" w:rsidR="00A25DBD" w:rsidRPr="001F30A1" w:rsidRDefault="00630658">
            <w:pPr>
              <w:rPr>
                <w:lang w:val="fr-FR"/>
              </w:rPr>
            </w:pPr>
            <w:r w:rsidRPr="001F30A1">
              <w:rPr>
                <w:sz w:val="18"/>
                <w:lang w:val="fr-FR"/>
              </w:rPr>
              <w:t>Position des élus d’opposition</w:t>
            </w:r>
          </w:p>
        </w:tc>
        <w:tc>
          <w:tcPr>
            <w:tcW w:w="5100" w:type="dxa"/>
            <w:vAlign w:val="center"/>
          </w:tcPr>
          <w:p w14:paraId="0AA60F25" w14:textId="77777777" w:rsidR="00A25DBD" w:rsidRPr="001F30A1" w:rsidRDefault="00630658">
            <w:pPr>
              <w:rPr>
                <w:lang w:val="fr-FR"/>
              </w:rPr>
            </w:pPr>
            <w:r w:rsidRPr="001F30A1">
              <w:rPr>
                <w:sz w:val="18"/>
                <w:lang w:val="fr-FR"/>
              </w:rPr>
              <w:t>[faits et explications]</w:t>
            </w:r>
          </w:p>
        </w:tc>
      </w:tr>
      <w:tr w:rsidR="00A25DBD" w:rsidRPr="001F30A1" w14:paraId="4D72DBCA" w14:textId="77777777">
        <w:trPr>
          <w:jc w:val="center"/>
        </w:trPr>
        <w:tc>
          <w:tcPr>
            <w:tcW w:w="5100" w:type="dxa"/>
            <w:vAlign w:val="center"/>
          </w:tcPr>
          <w:p w14:paraId="4D484CBB" w14:textId="77777777" w:rsidR="00A25DBD" w:rsidRPr="001F30A1" w:rsidRDefault="00630658">
            <w:pPr>
              <w:rPr>
                <w:lang w:val="fr-FR"/>
              </w:rPr>
            </w:pPr>
            <w:r w:rsidRPr="001F30A1">
              <w:rPr>
                <w:sz w:val="18"/>
                <w:lang w:val="fr-FR"/>
              </w:rPr>
              <w:t>Questions soulevées</w:t>
            </w:r>
          </w:p>
        </w:tc>
        <w:tc>
          <w:tcPr>
            <w:tcW w:w="5100" w:type="dxa"/>
            <w:vAlign w:val="center"/>
          </w:tcPr>
          <w:p w14:paraId="69B48583" w14:textId="77777777" w:rsidR="00A25DBD" w:rsidRPr="001F30A1" w:rsidRDefault="00630658">
            <w:pPr>
              <w:rPr>
                <w:lang w:val="fr-FR"/>
              </w:rPr>
            </w:pPr>
            <w:r w:rsidRPr="001F30A1">
              <w:rPr>
                <w:sz w:val="18"/>
                <w:lang w:val="fr-FR"/>
              </w:rPr>
              <w:t>[questions / demandes de clarification]</w:t>
            </w:r>
          </w:p>
        </w:tc>
      </w:tr>
      <w:tr w:rsidR="00A25DBD" w:rsidRPr="001F30A1" w14:paraId="53E76351" w14:textId="77777777">
        <w:trPr>
          <w:jc w:val="center"/>
        </w:trPr>
        <w:tc>
          <w:tcPr>
            <w:tcW w:w="5100" w:type="dxa"/>
            <w:vAlign w:val="center"/>
          </w:tcPr>
          <w:p w14:paraId="4A66AF1F" w14:textId="77777777" w:rsidR="00A25DBD" w:rsidRPr="001F30A1" w:rsidRDefault="00630658">
            <w:pPr>
              <w:rPr>
                <w:lang w:val="fr-FR"/>
              </w:rPr>
            </w:pPr>
            <w:r w:rsidRPr="001F30A1">
              <w:rPr>
                <w:sz w:val="18"/>
                <w:lang w:val="fr-FR"/>
              </w:rPr>
              <w:t>Analyse citoyenne</w:t>
            </w:r>
          </w:p>
        </w:tc>
        <w:tc>
          <w:tcPr>
            <w:tcW w:w="5100" w:type="dxa"/>
            <w:vAlign w:val="center"/>
          </w:tcPr>
          <w:p w14:paraId="605910D3" w14:textId="77777777" w:rsidR="00A25DBD" w:rsidRPr="001F30A1" w:rsidRDefault="00630658">
            <w:pPr>
              <w:rPr>
                <w:lang w:val="fr-FR"/>
              </w:rPr>
            </w:pPr>
            <w:r w:rsidRPr="001F30A1">
              <w:rPr>
                <w:sz w:val="18"/>
                <w:lang w:val="fr-FR"/>
              </w:rPr>
              <w:t>[analyse de l’association, à distinguer des faits]</w:t>
            </w:r>
          </w:p>
        </w:tc>
      </w:tr>
      <w:tr w:rsidR="00A25DBD" w:rsidRPr="001F30A1" w14:paraId="6EE63EB9" w14:textId="77777777">
        <w:trPr>
          <w:jc w:val="center"/>
        </w:trPr>
        <w:tc>
          <w:tcPr>
            <w:tcW w:w="5100" w:type="dxa"/>
            <w:vAlign w:val="center"/>
          </w:tcPr>
          <w:p w14:paraId="6ED9ED25" w14:textId="77777777" w:rsidR="00A25DBD" w:rsidRPr="001F30A1" w:rsidRDefault="00630658">
            <w:pPr>
              <w:rPr>
                <w:lang w:val="fr-FR"/>
              </w:rPr>
            </w:pPr>
            <w:r w:rsidRPr="001F30A1">
              <w:rPr>
                <w:sz w:val="18"/>
                <w:lang w:val="fr-FR"/>
              </w:rPr>
              <w:t>Prochaines étapes</w:t>
            </w:r>
          </w:p>
        </w:tc>
        <w:tc>
          <w:tcPr>
            <w:tcW w:w="5100" w:type="dxa"/>
            <w:vAlign w:val="center"/>
          </w:tcPr>
          <w:p w14:paraId="396B92A9" w14:textId="77777777" w:rsidR="00A25DBD" w:rsidRPr="001F30A1" w:rsidRDefault="00630658">
            <w:pPr>
              <w:rPr>
                <w:lang w:val="fr-FR"/>
              </w:rPr>
            </w:pPr>
            <w:r w:rsidRPr="001F30A1">
              <w:rPr>
                <w:sz w:val="18"/>
                <w:lang w:val="fr-FR"/>
              </w:rPr>
              <w:t>[actions / demandes / réunion]</w:t>
            </w:r>
          </w:p>
        </w:tc>
      </w:tr>
    </w:tbl>
    <w:p w14:paraId="12013D8A" w14:textId="77777777" w:rsidR="00A25DBD" w:rsidRPr="001F30A1" w:rsidRDefault="00A25DBD">
      <w:pPr>
        <w:rPr>
          <w:lang w:val="fr-FR"/>
        </w:rPr>
      </w:pPr>
    </w:p>
    <w:sectPr w:rsidR="00A25DBD" w:rsidRPr="001F30A1" w:rsidSect="00034616">
      <w:pgSz w:w="12240" w:h="15840"/>
      <w:pgMar w:top="964" w:right="1020" w:bottom="964" w:left="10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0C28E1" w14:textId="77777777" w:rsidR="00D15074" w:rsidRDefault="00D15074">
      <w:pPr>
        <w:spacing w:after="0" w:line="240" w:lineRule="auto"/>
      </w:pPr>
      <w:r>
        <w:separator/>
      </w:r>
    </w:p>
  </w:endnote>
  <w:endnote w:type="continuationSeparator" w:id="0">
    <w:p w14:paraId="37678043" w14:textId="77777777" w:rsidR="00D15074" w:rsidRDefault="00D150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7EE91" w14:textId="77777777" w:rsidR="00A25DBD" w:rsidRDefault="00630658">
    <w:pPr>
      <w:pStyle w:val="Pieddepage"/>
      <w:jc w:val="center"/>
    </w:pPr>
    <w:proofErr w:type="spellStart"/>
    <w:r>
      <w:rPr>
        <w:color w:val="6E6E6E"/>
        <w:sz w:val="16"/>
      </w:rPr>
      <w:t>Projet</w:t>
    </w:r>
    <w:proofErr w:type="spellEnd"/>
    <w:r>
      <w:rPr>
        <w:color w:val="6E6E6E"/>
        <w:sz w:val="16"/>
      </w:rPr>
      <w:t xml:space="preserve"> de documents </w:t>
    </w:r>
    <w:proofErr w:type="spellStart"/>
    <w:r>
      <w:rPr>
        <w:color w:val="6E6E6E"/>
        <w:sz w:val="16"/>
      </w:rPr>
      <w:t>associatifs</w:t>
    </w:r>
    <w:proofErr w:type="spellEnd"/>
    <w:r>
      <w:rPr>
        <w:color w:val="6E6E6E"/>
        <w:sz w:val="16"/>
      </w:rPr>
      <w:t xml:space="preserve"> – Moncourt-Fromonville – 02 </w:t>
    </w:r>
    <w:proofErr w:type="spellStart"/>
    <w:r>
      <w:rPr>
        <w:color w:val="6E6E6E"/>
        <w:sz w:val="16"/>
      </w:rPr>
      <w:t>juin</w:t>
    </w:r>
    <w:proofErr w:type="spellEnd"/>
    <w:r>
      <w:rPr>
        <w:color w:val="6E6E6E"/>
        <w:sz w:val="16"/>
      </w:rPr>
      <w:t xml:space="preserve"> 2026 – Document de travail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F00661" w14:textId="77777777" w:rsidR="00D15074" w:rsidRDefault="00D15074">
      <w:pPr>
        <w:spacing w:after="0" w:line="240" w:lineRule="auto"/>
      </w:pPr>
      <w:r>
        <w:separator/>
      </w:r>
    </w:p>
  </w:footnote>
  <w:footnote w:type="continuationSeparator" w:id="0">
    <w:p w14:paraId="0E24831D" w14:textId="77777777" w:rsidR="00D15074" w:rsidRDefault="00D150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6F0DB6" w14:textId="77777777" w:rsidR="00764942" w:rsidRPr="00CF33E1" w:rsidRDefault="00764942" w:rsidP="00764942">
    <w:pPr>
      <w:pStyle w:val="En-tte"/>
      <w:jc w:val="center"/>
      <w:rPr>
        <w:lang w:val="fr-FR"/>
      </w:rPr>
    </w:pPr>
    <w:r w:rsidRPr="00CF33E1">
      <w:rPr>
        <w:noProof/>
        <w:lang w:val="fr-FR"/>
      </w:rPr>
      <w:drawing>
        <wp:inline distT="0" distB="0" distL="0" distR="0" wp14:anchorId="7D6DD8A7" wp14:editId="7A1D8131">
          <wp:extent cx="521609" cy="495669"/>
          <wp:effectExtent l="0" t="0" r="0" b="0"/>
          <wp:docPr id="168589943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5899439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1609" cy="4956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CF33E1">
      <w:rPr>
        <w:lang w:val="fr-FR"/>
      </w:rPr>
      <w:t xml:space="preserve">  </w:t>
    </w:r>
    <w:r>
      <w:rPr>
        <w:color w:val="646464"/>
        <w:sz w:val="16"/>
        <w:lang w:val="fr-FR"/>
      </w:rPr>
      <w:t>AGORA-MF</w:t>
    </w:r>
    <w:r w:rsidRPr="00CF33E1">
      <w:rPr>
        <w:color w:val="646464"/>
        <w:sz w:val="16"/>
        <w:lang w:val="fr-FR"/>
      </w:rPr>
      <w:t xml:space="preserve"> – </w:t>
    </w:r>
    <w:r>
      <w:rPr>
        <w:color w:val="646464"/>
        <w:sz w:val="16"/>
        <w:lang w:val="fr-FR"/>
      </w:rPr>
      <w:t>Association pour une Gouvernance Ouverte et une Responsabilité Active à Moncourt-Fromonville</w:t>
    </w:r>
  </w:p>
  <w:p w14:paraId="3E88C8D9" w14:textId="6BF5F96F" w:rsidR="00A25DBD" w:rsidRPr="00764942" w:rsidRDefault="00A25DBD" w:rsidP="0076494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74552875">
    <w:abstractNumId w:val="8"/>
  </w:num>
  <w:num w:numId="2" w16cid:durableId="617026596">
    <w:abstractNumId w:val="6"/>
  </w:num>
  <w:num w:numId="3" w16cid:durableId="1908882177">
    <w:abstractNumId w:val="5"/>
  </w:num>
  <w:num w:numId="4" w16cid:durableId="1448813181">
    <w:abstractNumId w:val="4"/>
  </w:num>
  <w:num w:numId="5" w16cid:durableId="94518553">
    <w:abstractNumId w:val="7"/>
  </w:num>
  <w:num w:numId="6" w16cid:durableId="984548809">
    <w:abstractNumId w:val="3"/>
  </w:num>
  <w:num w:numId="7" w16cid:durableId="510950943">
    <w:abstractNumId w:val="2"/>
  </w:num>
  <w:num w:numId="8" w16cid:durableId="530455627">
    <w:abstractNumId w:val="1"/>
  </w:num>
  <w:num w:numId="9" w16cid:durableId="6528318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3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165314"/>
    <w:rsid w:val="001A3BE8"/>
    <w:rsid w:val="001F30A1"/>
    <w:rsid w:val="0029639D"/>
    <w:rsid w:val="00326F90"/>
    <w:rsid w:val="004A361A"/>
    <w:rsid w:val="005754AB"/>
    <w:rsid w:val="00630658"/>
    <w:rsid w:val="00764942"/>
    <w:rsid w:val="00A25DBD"/>
    <w:rsid w:val="00AA1D8D"/>
    <w:rsid w:val="00B47730"/>
    <w:rsid w:val="00B7278D"/>
    <w:rsid w:val="00BD34C9"/>
    <w:rsid w:val="00CB0664"/>
    <w:rsid w:val="00D15074"/>
    <w:rsid w:val="00FC693F"/>
    <w:rsid w:val="00FF0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4062061"/>
  <w14:defaultImageDpi w14:val="300"/>
  <w15:docId w15:val="{497A8936-F0DC-4A36-8D76-0882E8736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rFonts w:ascii="Arial" w:eastAsia="Arial" w:hAnsi="Arial"/>
      <w:color w:val="232323"/>
      <w:sz w:val="21"/>
    </w:rPr>
  </w:style>
  <w:style w:type="paragraph" w:styleId="Titre1">
    <w:name w:val="heading 1"/>
    <w:basedOn w:val="Normal"/>
    <w:next w:val="Normal"/>
    <w:link w:val="Titre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17365D"/>
      <w:sz w:val="32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17365D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B1A07A"/>
      <w:sz w:val="23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618BF"/>
  </w:style>
  <w:style w:type="paragraph" w:styleId="Pieddepage">
    <w:name w:val="footer"/>
    <w:basedOn w:val="Normal"/>
    <w:link w:val="Pieddepag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18BF"/>
  </w:style>
  <w:style w:type="paragraph" w:styleId="Sansinterligne">
    <w:name w:val="No Spacing"/>
    <w:uiPriority w:val="1"/>
    <w:qFormat/>
    <w:rsid w:val="00FC693F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">
    <w:name w:val="Title"/>
    <w:basedOn w:val="Normal"/>
    <w:next w:val="Normal"/>
    <w:link w:val="Titre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17365D"/>
      <w:spacing w:val="5"/>
      <w:kern w:val="28"/>
      <w:sz w:val="48"/>
      <w:szCs w:val="52"/>
    </w:rPr>
  </w:style>
  <w:style w:type="character" w:customStyle="1" w:styleId="TitreCar">
    <w:name w:val="Titre Car"/>
    <w:basedOn w:val="Policepardfaut"/>
    <w:link w:val="Titr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99"/>
    <w:unhideWhenUsed/>
    <w:rsid w:val="00AA1D8D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AA1D8D"/>
  </w:style>
  <w:style w:type="paragraph" w:styleId="Corpsdetexte2">
    <w:name w:val="Body Text 2"/>
    <w:basedOn w:val="Normal"/>
    <w:link w:val="Corpsdetexte2Car"/>
    <w:uiPriority w:val="99"/>
    <w:unhideWhenUsed/>
    <w:rsid w:val="00AA1D8D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AA1D8D"/>
  </w:style>
  <w:style w:type="paragraph" w:styleId="Corpsdetexte3">
    <w:name w:val="Body Text 3"/>
    <w:basedOn w:val="Normal"/>
    <w:link w:val="Corpsdetex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AA1D8D"/>
    <w:rPr>
      <w:sz w:val="16"/>
      <w:szCs w:val="16"/>
    </w:rPr>
  </w:style>
  <w:style w:type="paragraph" w:styleId="Liste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epuc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enum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enum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enum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e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edemacro">
    <w:name w:val="macro"/>
    <w:link w:val="Textede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rsid w:val="0029639D"/>
    <w:rPr>
      <w:rFonts w:ascii="Courier" w:hAnsi="Courier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FC693F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FC693F"/>
    <w:rPr>
      <w:i/>
      <w:iCs/>
      <w:color w:val="000000" w:themeColor="text1"/>
    </w:rPr>
  </w:style>
  <w:style w:type="character" w:customStyle="1" w:styleId="Titre4Car">
    <w:name w:val="Titre 4 Car"/>
    <w:basedOn w:val="Policepardfaut"/>
    <w:link w:val="Titre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lev">
    <w:name w:val="Strong"/>
    <w:basedOn w:val="Policepardfaut"/>
    <w:uiPriority w:val="22"/>
    <w:qFormat/>
    <w:rsid w:val="00FC693F"/>
    <w:rPr>
      <w:b/>
      <w:bCs/>
    </w:rPr>
  </w:style>
  <w:style w:type="character" w:styleId="Accentuation">
    <w:name w:val="Emphasis"/>
    <w:basedOn w:val="Policepardfaut"/>
    <w:uiPriority w:val="20"/>
    <w:qFormat/>
    <w:rsid w:val="00FC693F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C693F"/>
    <w:rPr>
      <w:b/>
      <w:bCs/>
      <w:i/>
      <w:iCs/>
      <w:color w:val="4F81BD" w:themeColor="accent1"/>
    </w:rPr>
  </w:style>
  <w:style w:type="character" w:styleId="Accentuationlgre">
    <w:name w:val="Subtle Emphasis"/>
    <w:basedOn w:val="Policepardfaut"/>
    <w:uiPriority w:val="19"/>
    <w:qFormat/>
    <w:rsid w:val="00FC693F"/>
    <w:rPr>
      <w:i/>
      <w:iCs/>
      <w:color w:val="808080" w:themeColor="text1" w:themeTint="7F"/>
    </w:rPr>
  </w:style>
  <w:style w:type="character" w:styleId="Accentuationintense">
    <w:name w:val="Intense Emphasis"/>
    <w:basedOn w:val="Policepardfaut"/>
    <w:uiPriority w:val="21"/>
    <w:qFormat/>
    <w:rsid w:val="00FC693F"/>
    <w:rPr>
      <w:b/>
      <w:bCs/>
      <w:i/>
      <w:iCs/>
      <w:color w:val="4F81BD" w:themeColor="accent1"/>
    </w:rPr>
  </w:style>
  <w:style w:type="character" w:styleId="Rfrencelgre">
    <w:name w:val="Subtle Reference"/>
    <w:basedOn w:val="Policepardfaut"/>
    <w:uiPriority w:val="31"/>
    <w:qFormat/>
    <w:rsid w:val="00FC693F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FC693F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C693F"/>
    <w:pPr>
      <w:outlineLvl w:val="9"/>
    </w:pPr>
  </w:style>
  <w:style w:type="table" w:styleId="Grilledutableau">
    <w:name w:val="Table Grid"/>
    <w:basedOn w:val="Tableau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mbrageclair">
    <w:name w:val="Light Shading"/>
    <w:basedOn w:val="Tableau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eclaire">
    <w:name w:val="Light List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lleclaire">
    <w:name w:val="Light Grid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Tramemoyenne1">
    <w:name w:val="Medium Shading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emoyenne1">
    <w:name w:val="Medium Lis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emoyenne2">
    <w:name w:val="Medium Lis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1">
    <w:name w:val="Medium Grid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llemoyenne2">
    <w:name w:val="Medium Grid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efonce">
    <w:name w:val="Dark List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Tramecouleur">
    <w:name w:val="Colorful Shading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couleur">
    <w:name w:val="Colorful List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llecouleur">
    <w:name w:val="Colorful Grid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LUNESmall">
    <w:name w:val="LUNE Small"/>
    <w:rPr>
      <w:rFonts w:ascii="Arial" w:eastAsia="Arial" w:hAnsi="Arial"/>
      <w:color w:val="5A5A5A"/>
      <w:sz w:val="17"/>
    </w:rPr>
  </w:style>
  <w:style w:type="paragraph" w:customStyle="1" w:styleId="LUNEBox">
    <w:name w:val="LUNE Box"/>
    <w:rPr>
      <w:rFonts w:ascii="Arial" w:eastAsia="Arial" w:hAnsi="Arial"/>
      <w:color w:val="232323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437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2839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herve LINA</cp:lastModifiedBy>
  <cp:revision>9</cp:revision>
  <dcterms:created xsi:type="dcterms:W3CDTF">2013-12-23T23:15:00Z</dcterms:created>
  <dcterms:modified xsi:type="dcterms:W3CDTF">2026-06-17T13:53:00Z</dcterms:modified>
  <cp:category/>
</cp:coreProperties>
</file>