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173B7" w14:textId="77777777" w:rsidR="00AF1389" w:rsidRPr="00AE7C12" w:rsidRDefault="003B09EC" w:rsidP="00040BBB">
      <w:pPr>
        <w:jc w:val="both"/>
        <w:rPr>
          <w:lang w:val="fr-FR"/>
        </w:rPr>
      </w:pPr>
      <w:r w:rsidRPr="00AE7C12">
        <w:rPr>
          <w:noProof/>
          <w:lang w:val="fr-FR"/>
        </w:rPr>
        <w:drawing>
          <wp:anchor distT="0" distB="0" distL="114300" distR="114300" simplePos="0" relativeHeight="251658240" behindDoc="0" locked="0" layoutInCell="1" allowOverlap="1" wp14:anchorId="72D1F144" wp14:editId="2CA162B0">
            <wp:simplePos x="0" y="0"/>
            <wp:positionH relativeFrom="column">
              <wp:posOffset>-63060</wp:posOffset>
            </wp:positionH>
            <wp:positionV relativeFrom="paragraph">
              <wp:posOffset>-1270</wp:posOffset>
            </wp:positionV>
            <wp:extent cx="1167618" cy="11297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8"/>
                    <a:stretch>
                      <a:fillRect/>
                    </a:stretch>
                  </pic:blipFill>
                  <pic:spPr>
                    <a:xfrm>
                      <a:off x="0" y="0"/>
                      <a:ext cx="1167618" cy="1129719"/>
                    </a:xfrm>
                    <a:prstGeom prst="rect">
                      <a:avLst/>
                    </a:prstGeom>
                  </pic:spPr>
                </pic:pic>
              </a:graphicData>
            </a:graphic>
          </wp:anchor>
        </w:drawing>
      </w:r>
    </w:p>
    <w:p w14:paraId="1D374455" w14:textId="77777777" w:rsidR="00AF1389" w:rsidRPr="00AE7C12" w:rsidRDefault="003B09EC" w:rsidP="00040BBB">
      <w:pPr>
        <w:pStyle w:val="Titre"/>
        <w:pBdr>
          <w:bottom w:val="single" w:sz="8" w:space="4" w:color="B1A07A"/>
        </w:pBdr>
        <w:ind w:left="2268"/>
        <w:jc w:val="both"/>
        <w:rPr>
          <w:lang w:val="fr-FR"/>
        </w:rPr>
      </w:pPr>
      <w:r w:rsidRPr="00AE7C12">
        <w:rPr>
          <w:lang w:val="fr-FR"/>
        </w:rPr>
        <w:t>FICHE D’ADHÉSION ET INFORMATION RGPD</w:t>
      </w:r>
    </w:p>
    <w:p w14:paraId="37A1256B" w14:textId="77777777" w:rsidR="00AF1389" w:rsidRPr="00AE7C12" w:rsidRDefault="003B09EC" w:rsidP="00040BBB">
      <w:pPr>
        <w:pStyle w:val="Titre1"/>
        <w:spacing w:before="240"/>
        <w:jc w:val="both"/>
        <w:rPr>
          <w:lang w:val="fr-FR"/>
        </w:rPr>
      </w:pPr>
      <w:r w:rsidRPr="00AE7C12">
        <w:rPr>
          <w:lang w:val="fr-FR"/>
        </w:rPr>
        <w:t>1. Informations adhérent</w:t>
      </w:r>
    </w:p>
    <w:tbl>
      <w:tblPr>
        <w:tblStyle w:val="Grilledutableau"/>
        <w:tblW w:w="0" w:type="auto"/>
        <w:jc w:val="center"/>
        <w:tblLook w:val="04A0" w:firstRow="1" w:lastRow="0" w:firstColumn="1" w:lastColumn="0" w:noHBand="0" w:noVBand="1"/>
      </w:tblPr>
      <w:tblGrid>
        <w:gridCol w:w="1459"/>
        <w:gridCol w:w="3473"/>
        <w:gridCol w:w="2742"/>
        <w:gridCol w:w="2742"/>
      </w:tblGrid>
      <w:tr w:rsidR="00C85CA4" w:rsidRPr="00AE7C12" w14:paraId="681D71A3" w14:textId="2B3427E4" w:rsidTr="00C85CA4">
        <w:trPr>
          <w:jc w:val="center"/>
        </w:trPr>
        <w:tc>
          <w:tcPr>
            <w:tcW w:w="1459" w:type="dxa"/>
            <w:shd w:val="clear" w:color="auto" w:fill="17365D"/>
            <w:vAlign w:val="center"/>
          </w:tcPr>
          <w:p w14:paraId="3C253FEE" w14:textId="77777777" w:rsidR="00C85CA4" w:rsidRPr="00AE7C12" w:rsidRDefault="00C85CA4" w:rsidP="00040BBB">
            <w:pPr>
              <w:jc w:val="both"/>
              <w:rPr>
                <w:lang w:val="fr-FR"/>
              </w:rPr>
            </w:pPr>
            <w:r w:rsidRPr="00AE7C12">
              <w:rPr>
                <w:b/>
                <w:color w:val="FFFFFF"/>
                <w:sz w:val="18"/>
                <w:lang w:val="fr-FR"/>
              </w:rPr>
              <w:t>Champ</w:t>
            </w:r>
          </w:p>
        </w:tc>
        <w:tc>
          <w:tcPr>
            <w:tcW w:w="3473" w:type="dxa"/>
            <w:shd w:val="clear" w:color="auto" w:fill="17365D"/>
            <w:vAlign w:val="center"/>
          </w:tcPr>
          <w:p w14:paraId="7C1260ED" w14:textId="77777777" w:rsidR="00C85CA4" w:rsidRPr="00AE7C12" w:rsidRDefault="00C85CA4" w:rsidP="00040BBB">
            <w:pPr>
              <w:jc w:val="both"/>
              <w:rPr>
                <w:lang w:val="fr-FR"/>
              </w:rPr>
            </w:pPr>
            <w:r w:rsidRPr="00AE7C12">
              <w:rPr>
                <w:b/>
                <w:color w:val="FFFFFF"/>
                <w:sz w:val="18"/>
                <w:lang w:val="fr-FR"/>
              </w:rPr>
              <w:t>Information</w:t>
            </w:r>
          </w:p>
        </w:tc>
        <w:tc>
          <w:tcPr>
            <w:tcW w:w="2742" w:type="dxa"/>
            <w:shd w:val="clear" w:color="auto" w:fill="17365D"/>
          </w:tcPr>
          <w:p w14:paraId="0942CA16" w14:textId="77777777" w:rsidR="00C85CA4" w:rsidRPr="00AE7C12" w:rsidRDefault="00C85CA4" w:rsidP="00040BBB">
            <w:pPr>
              <w:jc w:val="both"/>
              <w:rPr>
                <w:b/>
                <w:color w:val="FFFFFF"/>
                <w:sz w:val="18"/>
                <w:lang w:val="fr-FR"/>
              </w:rPr>
            </w:pPr>
          </w:p>
        </w:tc>
        <w:tc>
          <w:tcPr>
            <w:tcW w:w="2742" w:type="dxa"/>
            <w:shd w:val="clear" w:color="auto" w:fill="17365D"/>
          </w:tcPr>
          <w:p w14:paraId="0AEB29E7" w14:textId="77777777" w:rsidR="00C85CA4" w:rsidRPr="00AE7C12" w:rsidRDefault="00C85CA4" w:rsidP="00040BBB">
            <w:pPr>
              <w:jc w:val="both"/>
              <w:rPr>
                <w:b/>
                <w:color w:val="FFFFFF"/>
                <w:sz w:val="18"/>
                <w:lang w:val="fr-FR"/>
              </w:rPr>
            </w:pPr>
          </w:p>
        </w:tc>
      </w:tr>
      <w:tr w:rsidR="00C85CA4" w:rsidRPr="00AE7C12" w14:paraId="55E98716" w14:textId="19FFA254" w:rsidTr="00F465E3">
        <w:trPr>
          <w:jc w:val="center"/>
        </w:trPr>
        <w:tc>
          <w:tcPr>
            <w:tcW w:w="1459" w:type="dxa"/>
            <w:vAlign w:val="center"/>
          </w:tcPr>
          <w:p w14:paraId="4C9D58B3" w14:textId="77777777" w:rsidR="00C85CA4" w:rsidRPr="00AE7C12" w:rsidRDefault="00C85CA4" w:rsidP="00040BBB">
            <w:pPr>
              <w:jc w:val="both"/>
              <w:rPr>
                <w:lang w:val="fr-FR"/>
              </w:rPr>
            </w:pPr>
            <w:r w:rsidRPr="00AE7C12">
              <w:rPr>
                <w:sz w:val="18"/>
                <w:lang w:val="fr-FR"/>
              </w:rPr>
              <w:t>Nom</w:t>
            </w:r>
          </w:p>
        </w:tc>
        <w:tc>
          <w:tcPr>
            <w:tcW w:w="3473" w:type="dxa"/>
            <w:vAlign w:val="center"/>
          </w:tcPr>
          <w:p w14:paraId="4B60A6BD" w14:textId="77777777" w:rsidR="00C85CA4" w:rsidRPr="00AE7C12" w:rsidRDefault="00C85CA4" w:rsidP="00040BBB">
            <w:pPr>
              <w:jc w:val="both"/>
              <w:rPr>
                <w:lang w:val="fr-FR"/>
              </w:rPr>
            </w:pPr>
            <w:r w:rsidRPr="00D10D46">
              <w:rPr>
                <w:sz w:val="18"/>
                <w:highlight w:val="yellow"/>
                <w:lang w:val="fr-FR"/>
              </w:rPr>
              <w:t>[</w:t>
            </w:r>
            <w:proofErr w:type="gramStart"/>
            <w:r w:rsidRPr="00D10D46">
              <w:rPr>
                <w:sz w:val="18"/>
                <w:highlight w:val="yellow"/>
                <w:lang w:val="fr-FR"/>
              </w:rPr>
              <w:t>à</w:t>
            </w:r>
            <w:proofErr w:type="gramEnd"/>
            <w:r w:rsidRPr="00D10D46">
              <w:rPr>
                <w:sz w:val="18"/>
                <w:highlight w:val="yellow"/>
                <w:lang w:val="fr-FR"/>
              </w:rPr>
              <w:t xml:space="preserve"> compléter]</w:t>
            </w:r>
          </w:p>
        </w:tc>
        <w:tc>
          <w:tcPr>
            <w:tcW w:w="2742" w:type="dxa"/>
            <w:vAlign w:val="center"/>
          </w:tcPr>
          <w:p w14:paraId="4375BA81" w14:textId="7B7F9F73" w:rsidR="00C85CA4" w:rsidRPr="00AE7C12" w:rsidRDefault="00C85CA4" w:rsidP="00040BBB">
            <w:pPr>
              <w:jc w:val="both"/>
              <w:rPr>
                <w:sz w:val="18"/>
                <w:lang w:val="fr-FR"/>
              </w:rPr>
            </w:pPr>
            <w:r w:rsidRPr="00AE7C12">
              <w:rPr>
                <w:sz w:val="18"/>
                <w:lang w:val="fr-FR"/>
              </w:rPr>
              <w:t>Prénom</w:t>
            </w:r>
          </w:p>
        </w:tc>
        <w:tc>
          <w:tcPr>
            <w:tcW w:w="2742" w:type="dxa"/>
            <w:vAlign w:val="center"/>
          </w:tcPr>
          <w:p w14:paraId="7F033EE3" w14:textId="6A150951" w:rsidR="00C85CA4" w:rsidRPr="00D10D46" w:rsidRDefault="00C85CA4" w:rsidP="00040BBB">
            <w:pPr>
              <w:jc w:val="both"/>
              <w:rPr>
                <w:sz w:val="18"/>
                <w:highlight w:val="yellow"/>
                <w:lang w:val="fr-FR"/>
              </w:rPr>
            </w:pPr>
            <w:r w:rsidRPr="00D10D46">
              <w:rPr>
                <w:sz w:val="18"/>
                <w:highlight w:val="yellow"/>
                <w:lang w:val="fr-FR"/>
              </w:rPr>
              <w:t>[</w:t>
            </w:r>
            <w:proofErr w:type="gramStart"/>
            <w:r w:rsidRPr="00D10D46">
              <w:rPr>
                <w:sz w:val="18"/>
                <w:highlight w:val="yellow"/>
                <w:lang w:val="fr-FR"/>
              </w:rPr>
              <w:t>à</w:t>
            </w:r>
            <w:proofErr w:type="gramEnd"/>
            <w:r w:rsidRPr="00D10D46">
              <w:rPr>
                <w:sz w:val="18"/>
                <w:highlight w:val="yellow"/>
                <w:lang w:val="fr-FR"/>
              </w:rPr>
              <w:t xml:space="preserve"> compléter]</w:t>
            </w:r>
          </w:p>
        </w:tc>
      </w:tr>
      <w:tr w:rsidR="00E82998" w:rsidRPr="00AE7C12" w14:paraId="0D05423E" w14:textId="77BCB839" w:rsidTr="00E916B6">
        <w:trPr>
          <w:jc w:val="center"/>
        </w:trPr>
        <w:tc>
          <w:tcPr>
            <w:tcW w:w="1459" w:type="dxa"/>
            <w:vAlign w:val="center"/>
          </w:tcPr>
          <w:p w14:paraId="7AF03C71" w14:textId="38214E2F" w:rsidR="00E82998" w:rsidRPr="00AE7C12" w:rsidRDefault="00E82998" w:rsidP="00040BBB">
            <w:pPr>
              <w:jc w:val="both"/>
              <w:rPr>
                <w:lang w:val="fr-FR"/>
              </w:rPr>
            </w:pPr>
            <w:r w:rsidRPr="00AE7C12">
              <w:rPr>
                <w:sz w:val="18"/>
                <w:lang w:val="fr-FR"/>
              </w:rPr>
              <w:t>Adresse</w:t>
            </w:r>
          </w:p>
        </w:tc>
        <w:tc>
          <w:tcPr>
            <w:tcW w:w="3473" w:type="dxa"/>
            <w:vAlign w:val="center"/>
          </w:tcPr>
          <w:p w14:paraId="6D4BB901" w14:textId="70C12E2C" w:rsidR="00E82998" w:rsidRPr="00D10D46" w:rsidRDefault="00E82998" w:rsidP="00040BBB">
            <w:pPr>
              <w:jc w:val="both"/>
              <w:rPr>
                <w:highlight w:val="yellow"/>
                <w:lang w:val="fr-FR"/>
              </w:rPr>
            </w:pPr>
            <w:r w:rsidRPr="00D10D46">
              <w:rPr>
                <w:sz w:val="18"/>
                <w:highlight w:val="yellow"/>
                <w:lang w:val="fr-FR"/>
              </w:rPr>
              <w:t>[</w:t>
            </w:r>
            <w:proofErr w:type="gramStart"/>
            <w:r w:rsidRPr="00D10D46">
              <w:rPr>
                <w:sz w:val="18"/>
                <w:highlight w:val="yellow"/>
                <w:lang w:val="fr-FR"/>
              </w:rPr>
              <w:t>à</w:t>
            </w:r>
            <w:proofErr w:type="gramEnd"/>
            <w:r w:rsidRPr="00D10D46">
              <w:rPr>
                <w:sz w:val="18"/>
                <w:highlight w:val="yellow"/>
                <w:lang w:val="fr-FR"/>
              </w:rPr>
              <w:t xml:space="preserve"> compléter]</w:t>
            </w:r>
          </w:p>
        </w:tc>
        <w:tc>
          <w:tcPr>
            <w:tcW w:w="2742" w:type="dxa"/>
            <w:vAlign w:val="center"/>
          </w:tcPr>
          <w:p w14:paraId="344E492E" w14:textId="6B1FCE53" w:rsidR="00E82998" w:rsidRPr="00AE7C12" w:rsidRDefault="00E82998" w:rsidP="00040BBB">
            <w:pPr>
              <w:jc w:val="both"/>
              <w:rPr>
                <w:sz w:val="18"/>
                <w:lang w:val="fr-FR"/>
              </w:rPr>
            </w:pPr>
            <w:r w:rsidRPr="00AE7C12">
              <w:rPr>
                <w:sz w:val="18"/>
                <w:lang w:val="fr-FR"/>
              </w:rPr>
              <w:t>Code postal / commune</w:t>
            </w:r>
          </w:p>
        </w:tc>
        <w:tc>
          <w:tcPr>
            <w:tcW w:w="2742" w:type="dxa"/>
            <w:vAlign w:val="center"/>
          </w:tcPr>
          <w:p w14:paraId="1DF4526D" w14:textId="422D3C25" w:rsidR="00E82998" w:rsidRPr="00AE7C12" w:rsidRDefault="00E82998" w:rsidP="00040BBB">
            <w:pPr>
              <w:jc w:val="both"/>
              <w:rPr>
                <w:sz w:val="18"/>
                <w:lang w:val="fr-FR"/>
              </w:rPr>
            </w:pPr>
            <w:r>
              <w:rPr>
                <w:sz w:val="18"/>
                <w:lang w:val="fr-FR"/>
              </w:rPr>
              <w:t>77140 Moncourt-Fromonville</w:t>
            </w:r>
          </w:p>
        </w:tc>
      </w:tr>
      <w:tr w:rsidR="00D10D46" w:rsidRPr="00AE7C12" w14:paraId="1ED8D2CA" w14:textId="63F5AF6E" w:rsidTr="00191F4C">
        <w:trPr>
          <w:jc w:val="center"/>
        </w:trPr>
        <w:tc>
          <w:tcPr>
            <w:tcW w:w="1459" w:type="dxa"/>
            <w:vAlign w:val="center"/>
          </w:tcPr>
          <w:p w14:paraId="1DCB0723" w14:textId="7C33B86D" w:rsidR="00D10D46" w:rsidRPr="00AE7C12" w:rsidRDefault="00D10D46" w:rsidP="00040BBB">
            <w:pPr>
              <w:jc w:val="both"/>
              <w:rPr>
                <w:lang w:val="fr-FR"/>
              </w:rPr>
            </w:pPr>
            <w:r w:rsidRPr="00AE7C12">
              <w:rPr>
                <w:sz w:val="18"/>
                <w:lang w:val="fr-FR"/>
              </w:rPr>
              <w:t>Téléphone</w:t>
            </w:r>
          </w:p>
        </w:tc>
        <w:tc>
          <w:tcPr>
            <w:tcW w:w="3473" w:type="dxa"/>
            <w:vAlign w:val="center"/>
          </w:tcPr>
          <w:p w14:paraId="10DD8F8D" w14:textId="67373A9C" w:rsidR="00D10D46" w:rsidRPr="00D10D46" w:rsidRDefault="00D10D46" w:rsidP="00040BBB">
            <w:pPr>
              <w:jc w:val="both"/>
              <w:rPr>
                <w:highlight w:val="yellow"/>
                <w:lang w:val="fr-FR"/>
              </w:rPr>
            </w:pPr>
            <w:r w:rsidRPr="00D10D46">
              <w:rPr>
                <w:sz w:val="18"/>
                <w:highlight w:val="yellow"/>
                <w:lang w:val="fr-FR"/>
              </w:rPr>
              <w:t>[</w:t>
            </w:r>
            <w:proofErr w:type="gramStart"/>
            <w:r w:rsidRPr="00D10D46">
              <w:rPr>
                <w:sz w:val="18"/>
                <w:highlight w:val="yellow"/>
                <w:lang w:val="fr-FR"/>
              </w:rPr>
              <w:t>à</w:t>
            </w:r>
            <w:proofErr w:type="gramEnd"/>
            <w:r w:rsidRPr="00D10D46">
              <w:rPr>
                <w:sz w:val="18"/>
                <w:highlight w:val="yellow"/>
                <w:lang w:val="fr-FR"/>
              </w:rPr>
              <w:t xml:space="preserve"> compléter]</w:t>
            </w:r>
          </w:p>
        </w:tc>
        <w:tc>
          <w:tcPr>
            <w:tcW w:w="2742" w:type="dxa"/>
            <w:vMerge w:val="restart"/>
            <w:vAlign w:val="center"/>
          </w:tcPr>
          <w:p w14:paraId="1DADDAA1" w14:textId="5A4708F0" w:rsidR="00D10D46" w:rsidRPr="00AE7C12" w:rsidRDefault="00D10D46" w:rsidP="00040BBB">
            <w:pPr>
              <w:jc w:val="both"/>
              <w:rPr>
                <w:sz w:val="18"/>
                <w:lang w:val="fr-FR"/>
              </w:rPr>
            </w:pPr>
            <w:r w:rsidRPr="00AE7C12">
              <w:rPr>
                <w:sz w:val="18"/>
                <w:lang w:val="fr-FR"/>
              </w:rPr>
              <w:t>Statut souhaité</w:t>
            </w:r>
          </w:p>
        </w:tc>
        <w:tc>
          <w:tcPr>
            <w:tcW w:w="2742" w:type="dxa"/>
            <w:vMerge w:val="restart"/>
            <w:vAlign w:val="center"/>
          </w:tcPr>
          <w:p w14:paraId="6B250739" w14:textId="77777777" w:rsidR="00D10D46" w:rsidRDefault="00D10D46" w:rsidP="00040BBB">
            <w:pPr>
              <w:jc w:val="both"/>
              <w:rPr>
                <w:sz w:val="18"/>
                <w:lang w:val="fr-FR"/>
              </w:rPr>
            </w:pPr>
            <w:r w:rsidRPr="00AE7C12">
              <w:rPr>
                <w:sz w:val="18"/>
                <w:lang w:val="fr-FR"/>
              </w:rPr>
              <w:t xml:space="preserve">☐ Membre actif  </w:t>
            </w:r>
          </w:p>
          <w:p w14:paraId="53D35C5B" w14:textId="77777777" w:rsidR="00D10D46" w:rsidRDefault="00D10D46" w:rsidP="00040BBB">
            <w:pPr>
              <w:jc w:val="both"/>
              <w:rPr>
                <w:sz w:val="18"/>
                <w:lang w:val="fr-FR"/>
              </w:rPr>
            </w:pPr>
            <w:r w:rsidRPr="00AE7C12">
              <w:rPr>
                <w:sz w:val="18"/>
                <w:lang w:val="fr-FR"/>
              </w:rPr>
              <w:t xml:space="preserve">☐ Sympathisant </w:t>
            </w:r>
          </w:p>
          <w:p w14:paraId="635808F1" w14:textId="6E8AF4CF" w:rsidR="00D10D46" w:rsidRPr="00AE7C12" w:rsidRDefault="00D10D46" w:rsidP="00040BBB">
            <w:pPr>
              <w:jc w:val="both"/>
              <w:rPr>
                <w:sz w:val="18"/>
                <w:lang w:val="fr-FR"/>
              </w:rPr>
            </w:pPr>
            <w:r w:rsidRPr="00AE7C12">
              <w:rPr>
                <w:sz w:val="18"/>
                <w:lang w:val="fr-FR"/>
              </w:rPr>
              <w:t>☐ Membre bienfaiteur</w:t>
            </w:r>
          </w:p>
        </w:tc>
      </w:tr>
      <w:tr w:rsidR="00D10D46" w:rsidRPr="00AE7C12" w14:paraId="3114582F" w14:textId="789E5696" w:rsidTr="00191F4C">
        <w:trPr>
          <w:jc w:val="center"/>
        </w:trPr>
        <w:tc>
          <w:tcPr>
            <w:tcW w:w="1459" w:type="dxa"/>
            <w:vAlign w:val="center"/>
          </w:tcPr>
          <w:p w14:paraId="7F1B5C8E" w14:textId="4CD06D2E" w:rsidR="00D10D46" w:rsidRPr="00AE7C12" w:rsidRDefault="00D10D46" w:rsidP="00040BBB">
            <w:pPr>
              <w:jc w:val="both"/>
              <w:rPr>
                <w:lang w:val="fr-FR"/>
              </w:rPr>
            </w:pPr>
            <w:proofErr w:type="gramStart"/>
            <w:r w:rsidRPr="00AE7C12">
              <w:rPr>
                <w:sz w:val="18"/>
                <w:lang w:val="fr-FR"/>
              </w:rPr>
              <w:t>E-mail</w:t>
            </w:r>
            <w:proofErr w:type="gramEnd"/>
          </w:p>
        </w:tc>
        <w:tc>
          <w:tcPr>
            <w:tcW w:w="3473" w:type="dxa"/>
            <w:vAlign w:val="center"/>
          </w:tcPr>
          <w:p w14:paraId="57BAB73C" w14:textId="72F956DF" w:rsidR="00D10D46" w:rsidRPr="00D10D46" w:rsidRDefault="00D10D46" w:rsidP="00040BBB">
            <w:pPr>
              <w:jc w:val="both"/>
              <w:rPr>
                <w:highlight w:val="yellow"/>
                <w:lang w:val="fr-FR"/>
              </w:rPr>
            </w:pPr>
            <w:r w:rsidRPr="00D10D46">
              <w:rPr>
                <w:sz w:val="18"/>
                <w:highlight w:val="yellow"/>
                <w:lang w:val="fr-FR"/>
              </w:rPr>
              <w:t>[</w:t>
            </w:r>
            <w:proofErr w:type="gramStart"/>
            <w:r w:rsidRPr="00D10D46">
              <w:rPr>
                <w:sz w:val="18"/>
                <w:highlight w:val="yellow"/>
                <w:lang w:val="fr-FR"/>
              </w:rPr>
              <w:t>à</w:t>
            </w:r>
            <w:proofErr w:type="gramEnd"/>
            <w:r w:rsidRPr="00D10D46">
              <w:rPr>
                <w:sz w:val="18"/>
                <w:highlight w:val="yellow"/>
                <w:lang w:val="fr-FR"/>
              </w:rPr>
              <w:t xml:space="preserve"> compléter]</w:t>
            </w:r>
          </w:p>
        </w:tc>
        <w:tc>
          <w:tcPr>
            <w:tcW w:w="2742" w:type="dxa"/>
            <w:vMerge/>
            <w:vAlign w:val="center"/>
          </w:tcPr>
          <w:p w14:paraId="7947CAF8" w14:textId="4ED22834" w:rsidR="00D10D46" w:rsidRPr="00AE7C12" w:rsidRDefault="00D10D46" w:rsidP="00040BBB">
            <w:pPr>
              <w:jc w:val="both"/>
              <w:rPr>
                <w:sz w:val="18"/>
                <w:lang w:val="fr-FR"/>
              </w:rPr>
            </w:pPr>
          </w:p>
        </w:tc>
        <w:tc>
          <w:tcPr>
            <w:tcW w:w="2742" w:type="dxa"/>
            <w:vMerge/>
            <w:vAlign w:val="center"/>
          </w:tcPr>
          <w:p w14:paraId="6D6CC25C" w14:textId="6E2CFC26" w:rsidR="00D10D46" w:rsidRPr="00AE7C12" w:rsidRDefault="00D10D46" w:rsidP="00040BBB">
            <w:pPr>
              <w:jc w:val="both"/>
              <w:rPr>
                <w:sz w:val="18"/>
                <w:lang w:val="fr-FR"/>
              </w:rPr>
            </w:pPr>
          </w:p>
        </w:tc>
      </w:tr>
    </w:tbl>
    <w:p w14:paraId="169C67EC" w14:textId="77777777" w:rsidR="00AF1389" w:rsidRPr="00AE7C12" w:rsidRDefault="003B09EC" w:rsidP="00040BBB">
      <w:pPr>
        <w:pStyle w:val="Titre1"/>
        <w:spacing w:before="240"/>
        <w:jc w:val="both"/>
        <w:rPr>
          <w:lang w:val="fr-FR"/>
        </w:rPr>
      </w:pPr>
      <w:r w:rsidRPr="00AE7C12">
        <w:rPr>
          <w:lang w:val="fr-FR"/>
        </w:rPr>
        <w:t>2. Engagement</w:t>
      </w:r>
    </w:p>
    <w:p w14:paraId="094B8DAC" w14:textId="77777777" w:rsidR="00AF1389" w:rsidRPr="00837176" w:rsidRDefault="003B09EC" w:rsidP="00040BBB">
      <w:pPr>
        <w:spacing w:after="100" w:line="259" w:lineRule="auto"/>
        <w:jc w:val="both"/>
        <w:rPr>
          <w:sz w:val="20"/>
          <w:szCs w:val="20"/>
          <w:lang w:val="fr-FR"/>
        </w:rPr>
      </w:pPr>
      <w:r w:rsidRPr="00837176">
        <w:rPr>
          <w:sz w:val="20"/>
          <w:szCs w:val="20"/>
          <w:lang w:val="fr-FR"/>
        </w:rPr>
        <w:t>Je déclare souhaiter adhérer à l’association LA LUNE – L’Union pour un Nouvel Essor. Je reconnais avoir pris connaissance de son objet, de ses statuts, de son règlement intérieur et de sa charte de communication. Je m’engage à respecter les valeurs de respect, de transparence, d’écoute, de responsabilité et de débat constructif.</w:t>
      </w:r>
    </w:p>
    <w:p w14:paraId="3286B728" w14:textId="77777777" w:rsidR="00AF1389" w:rsidRPr="00AE7C12" w:rsidRDefault="003B09EC" w:rsidP="00040BBB">
      <w:pPr>
        <w:pStyle w:val="Titre1"/>
        <w:spacing w:before="240"/>
        <w:jc w:val="both"/>
        <w:rPr>
          <w:lang w:val="fr-FR"/>
        </w:rPr>
      </w:pPr>
      <w:r w:rsidRPr="00AE7C12">
        <w:rPr>
          <w:lang w:val="fr-FR"/>
        </w:rPr>
        <w:t>3. Communication</w:t>
      </w:r>
    </w:p>
    <w:p w14:paraId="752D51CB" w14:textId="77777777" w:rsidR="00AF1389" w:rsidRPr="00837176" w:rsidRDefault="003B09EC" w:rsidP="00040BBB">
      <w:pPr>
        <w:pStyle w:val="Listepuces"/>
        <w:spacing w:after="40"/>
        <w:jc w:val="both"/>
        <w:rPr>
          <w:sz w:val="20"/>
          <w:szCs w:val="20"/>
          <w:lang w:val="fr-FR"/>
        </w:rPr>
      </w:pPr>
      <w:r w:rsidRPr="00837176">
        <w:rPr>
          <w:sz w:val="20"/>
          <w:szCs w:val="20"/>
          <w:lang w:val="fr-FR"/>
        </w:rPr>
        <w:t>☐</w:t>
      </w:r>
      <w:r w:rsidRPr="00837176">
        <w:rPr>
          <w:sz w:val="20"/>
          <w:szCs w:val="20"/>
          <w:lang w:val="fr-FR"/>
        </w:rPr>
        <w:t xml:space="preserve"> J’accepte de recevoir les informations internes de l’association liées à mon adhésion.</w:t>
      </w:r>
    </w:p>
    <w:p w14:paraId="501275D6" w14:textId="77777777" w:rsidR="00AF1389" w:rsidRPr="00837176" w:rsidRDefault="003B09EC" w:rsidP="00040BBB">
      <w:pPr>
        <w:pStyle w:val="Listepuces"/>
        <w:spacing w:after="40"/>
        <w:jc w:val="both"/>
        <w:rPr>
          <w:sz w:val="20"/>
          <w:szCs w:val="20"/>
          <w:lang w:val="fr-FR"/>
        </w:rPr>
      </w:pPr>
      <w:r w:rsidRPr="00837176">
        <w:rPr>
          <w:sz w:val="20"/>
          <w:szCs w:val="20"/>
          <w:lang w:val="fr-FR"/>
        </w:rPr>
        <w:t>☐</w:t>
      </w:r>
      <w:r w:rsidRPr="00837176">
        <w:rPr>
          <w:sz w:val="20"/>
          <w:szCs w:val="20"/>
          <w:lang w:val="fr-FR"/>
        </w:rPr>
        <w:t xml:space="preserve"> J’accepte d’être contacté(e) pour participer à des groupes de travail ou réunions citoyennes.</w:t>
      </w:r>
    </w:p>
    <w:p w14:paraId="6D555765" w14:textId="77777777" w:rsidR="00AF1389" w:rsidRPr="00AE7C12" w:rsidRDefault="003B09EC" w:rsidP="00040BBB">
      <w:pPr>
        <w:pStyle w:val="Titre1"/>
        <w:spacing w:before="240"/>
        <w:jc w:val="both"/>
        <w:rPr>
          <w:lang w:val="fr-FR"/>
        </w:rPr>
      </w:pPr>
      <w:r w:rsidRPr="00AE7C12">
        <w:rPr>
          <w:lang w:val="fr-FR"/>
        </w:rPr>
        <w:t>4. Information sur les données personnelles</w:t>
      </w:r>
    </w:p>
    <w:p w14:paraId="7E06BB31" w14:textId="77777777" w:rsidR="00AF1389" w:rsidRPr="00837176" w:rsidRDefault="003B09EC" w:rsidP="00040BBB">
      <w:pPr>
        <w:spacing w:after="100" w:line="259" w:lineRule="auto"/>
        <w:jc w:val="both"/>
        <w:rPr>
          <w:sz w:val="20"/>
          <w:szCs w:val="20"/>
          <w:lang w:val="fr-FR"/>
        </w:rPr>
      </w:pPr>
      <w:r w:rsidRPr="00837176">
        <w:rPr>
          <w:sz w:val="20"/>
          <w:szCs w:val="20"/>
          <w:lang w:val="fr-FR"/>
        </w:rPr>
        <w:t>Les informations collectées dans ce formulaire sont utilisées par l’association pour gérer les adhésions, les cotisations, la communication associative, les convocations, les groupes de travail et la vie interne du collectif. Elles sont accessibles uniquement aux personnes habilitées par l’association.</w:t>
      </w:r>
    </w:p>
    <w:p w14:paraId="63485098" w14:textId="41895E87" w:rsidR="00AF1389" w:rsidRPr="00837176" w:rsidRDefault="003B09EC" w:rsidP="00040BBB">
      <w:pPr>
        <w:spacing w:after="100" w:line="259" w:lineRule="auto"/>
        <w:jc w:val="both"/>
        <w:rPr>
          <w:sz w:val="20"/>
          <w:szCs w:val="20"/>
          <w:lang w:val="fr-FR"/>
        </w:rPr>
      </w:pPr>
      <w:r w:rsidRPr="00837176">
        <w:rPr>
          <w:sz w:val="20"/>
          <w:szCs w:val="20"/>
          <w:lang w:val="fr-FR"/>
        </w:rPr>
        <w:t xml:space="preserve">Les données sont conservées pendant la durée de l’adhésion, puis archivées pour la durée nécessaire à la gestion administrative, comptable et à la preuve des droits. Les données liées </w:t>
      </w:r>
      <w:r w:rsidR="00DE2A2E" w:rsidRPr="00837176">
        <w:rPr>
          <w:sz w:val="20"/>
          <w:szCs w:val="20"/>
          <w:lang w:val="fr-FR"/>
        </w:rPr>
        <w:t>au site Web</w:t>
      </w:r>
      <w:r w:rsidRPr="00837176">
        <w:rPr>
          <w:sz w:val="20"/>
          <w:szCs w:val="20"/>
          <w:lang w:val="fr-FR"/>
        </w:rPr>
        <w:t xml:space="preserve"> sont conservées jusqu’au désabonnement ou retrait du consentement. Les données comptables peuvent être conservées pendant les durées légales applicables.</w:t>
      </w:r>
    </w:p>
    <w:p w14:paraId="6848B28E" w14:textId="39C4E8F8" w:rsidR="00AF1389" w:rsidRPr="00837176" w:rsidRDefault="003B09EC" w:rsidP="00040BBB">
      <w:pPr>
        <w:spacing w:after="100" w:line="259" w:lineRule="auto"/>
        <w:jc w:val="both"/>
        <w:rPr>
          <w:sz w:val="20"/>
          <w:szCs w:val="20"/>
          <w:lang w:val="fr-FR"/>
        </w:rPr>
      </w:pPr>
      <w:r w:rsidRPr="00837176">
        <w:rPr>
          <w:sz w:val="20"/>
          <w:szCs w:val="20"/>
          <w:lang w:val="fr-FR"/>
        </w:rPr>
        <w:t xml:space="preserve">Conformément aux règles relatives à la protection des données, vous pouvez demander l’accès, la rectification, la limitation, l’effacement de vos données ou votre désinscription des communications en écrivant à : </w:t>
      </w:r>
      <w:r w:rsidR="006B7BDF" w:rsidRPr="00837176">
        <w:rPr>
          <w:sz w:val="20"/>
          <w:szCs w:val="20"/>
          <w:lang w:val="fr-FR"/>
        </w:rPr>
        <w:t>contact@lune77.</w:t>
      </w:r>
      <w:r w:rsidR="00646B86" w:rsidRPr="00837176">
        <w:rPr>
          <w:sz w:val="20"/>
          <w:szCs w:val="20"/>
          <w:lang w:val="fr-FR"/>
        </w:rPr>
        <w:t>fr</w:t>
      </w:r>
    </w:p>
    <w:tbl>
      <w:tblPr>
        <w:tblW w:w="0" w:type="auto"/>
        <w:jc w:val="center"/>
        <w:tblLook w:val="04A0" w:firstRow="1" w:lastRow="0" w:firstColumn="1" w:lastColumn="0" w:noHBand="0" w:noVBand="1"/>
      </w:tblPr>
      <w:tblGrid>
        <w:gridCol w:w="10200"/>
      </w:tblGrid>
      <w:tr w:rsidR="00AF1389" w:rsidRPr="00837176" w14:paraId="18DAB854" w14:textId="77777777">
        <w:trPr>
          <w:jc w:val="center"/>
        </w:trPr>
        <w:tc>
          <w:tcPr>
            <w:tcW w:w="10200" w:type="dxa"/>
            <w:shd w:val="clear" w:color="auto" w:fill="FFF2CC"/>
          </w:tcPr>
          <w:p w14:paraId="47F6DB89" w14:textId="77777777" w:rsidR="00AF1389" w:rsidRPr="00837176" w:rsidRDefault="003B09EC" w:rsidP="00040BBB">
            <w:pPr>
              <w:spacing w:after="0"/>
              <w:jc w:val="both"/>
              <w:rPr>
                <w:sz w:val="20"/>
                <w:szCs w:val="20"/>
                <w:lang w:val="fr-FR"/>
              </w:rPr>
            </w:pPr>
            <w:r w:rsidRPr="00837176">
              <w:rPr>
                <w:b/>
                <w:color w:val="17365D"/>
                <w:sz w:val="20"/>
                <w:szCs w:val="20"/>
                <w:lang w:val="fr-FR"/>
              </w:rPr>
              <w:t>Engagement de l’association</w:t>
            </w:r>
          </w:p>
          <w:p w14:paraId="6450EA76" w14:textId="77777777" w:rsidR="00AF1389" w:rsidRPr="00837176" w:rsidRDefault="003B09EC" w:rsidP="00040BBB">
            <w:pPr>
              <w:pStyle w:val="LUNEBox"/>
              <w:spacing w:after="0"/>
              <w:ind w:left="113"/>
              <w:jc w:val="both"/>
              <w:rPr>
                <w:sz w:val="20"/>
                <w:szCs w:val="20"/>
                <w:lang w:val="fr-FR"/>
              </w:rPr>
            </w:pPr>
            <w:r w:rsidRPr="00837176">
              <w:rPr>
                <w:sz w:val="20"/>
                <w:szCs w:val="20"/>
                <w:lang w:val="fr-FR"/>
              </w:rPr>
              <w:t>La LUNE ne vend pas les données personnelles et ne les transmet pas à des tiers à des fins commerciales.</w:t>
            </w:r>
          </w:p>
          <w:p w14:paraId="0F3FACF4" w14:textId="77777777" w:rsidR="00AF1389" w:rsidRPr="00837176" w:rsidRDefault="003B09EC" w:rsidP="00040BBB">
            <w:pPr>
              <w:pStyle w:val="LUNEBox"/>
              <w:spacing w:after="0"/>
              <w:ind w:left="113"/>
              <w:jc w:val="both"/>
              <w:rPr>
                <w:sz w:val="20"/>
                <w:szCs w:val="20"/>
                <w:lang w:val="fr-FR"/>
              </w:rPr>
            </w:pPr>
            <w:r w:rsidRPr="00837176">
              <w:rPr>
                <w:sz w:val="20"/>
                <w:szCs w:val="20"/>
                <w:lang w:val="fr-FR"/>
              </w:rPr>
              <w:t>Le fichier associatif ne doit pas être utilisé comme fichier de campagne électorale sans cadre distinct et information adaptée.</w:t>
            </w:r>
          </w:p>
        </w:tc>
      </w:tr>
    </w:tbl>
    <w:p w14:paraId="793285CC" w14:textId="77777777" w:rsidR="00AF1389" w:rsidRPr="00AE7C12" w:rsidRDefault="003B09EC" w:rsidP="00040BBB">
      <w:pPr>
        <w:pStyle w:val="Titre1"/>
        <w:spacing w:before="240"/>
        <w:jc w:val="both"/>
        <w:rPr>
          <w:lang w:val="fr-FR"/>
        </w:rPr>
      </w:pPr>
      <w:r w:rsidRPr="00AE7C12">
        <w:rPr>
          <w:lang w:val="fr-FR"/>
        </w:rPr>
        <w:t>5. Signature</w:t>
      </w:r>
    </w:p>
    <w:p w14:paraId="2243D71A" w14:textId="77777777" w:rsidR="00AF1389" w:rsidRPr="00AE7C12" w:rsidRDefault="003B09EC" w:rsidP="00040BBB">
      <w:pPr>
        <w:spacing w:after="100" w:line="259" w:lineRule="auto"/>
        <w:jc w:val="both"/>
        <w:rPr>
          <w:lang w:val="fr-FR"/>
        </w:rPr>
      </w:pPr>
      <w:r w:rsidRPr="00AE7C12">
        <w:rPr>
          <w:lang w:val="fr-FR"/>
        </w:rPr>
        <w:t>Fait à Moncourt-Fromonville, le [date].</w:t>
      </w:r>
    </w:p>
    <w:tbl>
      <w:tblPr>
        <w:tblStyle w:val="Grilledutableau"/>
        <w:tblW w:w="0" w:type="auto"/>
        <w:jc w:val="center"/>
        <w:tblLook w:val="04A0" w:firstRow="1" w:lastRow="0" w:firstColumn="1" w:lastColumn="0" w:noHBand="0" w:noVBand="1"/>
      </w:tblPr>
      <w:tblGrid>
        <w:gridCol w:w="5100"/>
        <w:gridCol w:w="5100"/>
      </w:tblGrid>
      <w:tr w:rsidR="00AF1389" w:rsidRPr="00AE7C12" w14:paraId="0C701B1D" w14:textId="77777777">
        <w:trPr>
          <w:jc w:val="center"/>
        </w:trPr>
        <w:tc>
          <w:tcPr>
            <w:tcW w:w="5100" w:type="dxa"/>
            <w:vAlign w:val="center"/>
          </w:tcPr>
          <w:p w14:paraId="1F9FBAD1" w14:textId="77777777" w:rsidR="00AF1389" w:rsidRPr="00AE7C12" w:rsidRDefault="003B09EC" w:rsidP="00040BBB">
            <w:pPr>
              <w:jc w:val="both"/>
              <w:rPr>
                <w:lang w:val="fr-FR"/>
              </w:rPr>
            </w:pPr>
            <w:r w:rsidRPr="00AE7C12">
              <w:rPr>
                <w:b/>
                <w:color w:val="17365D"/>
                <w:sz w:val="18"/>
                <w:lang w:val="fr-FR"/>
              </w:rPr>
              <w:t>Adhérent(e)</w:t>
            </w:r>
          </w:p>
        </w:tc>
        <w:tc>
          <w:tcPr>
            <w:tcW w:w="5100" w:type="dxa"/>
            <w:vAlign w:val="center"/>
          </w:tcPr>
          <w:p w14:paraId="4DCEAA82" w14:textId="77777777" w:rsidR="00AF1389" w:rsidRPr="00AE7C12" w:rsidRDefault="003B09EC" w:rsidP="00040BBB">
            <w:pPr>
              <w:jc w:val="both"/>
              <w:rPr>
                <w:lang w:val="fr-FR"/>
              </w:rPr>
            </w:pPr>
            <w:r w:rsidRPr="00AE7C12">
              <w:rPr>
                <w:b/>
                <w:color w:val="17365D"/>
                <w:sz w:val="18"/>
                <w:lang w:val="fr-FR"/>
              </w:rPr>
              <w:t>Pour l’association</w:t>
            </w:r>
          </w:p>
        </w:tc>
      </w:tr>
      <w:tr w:rsidR="00AF1389" w:rsidRPr="00AE7C12" w14:paraId="277EE1E2" w14:textId="77777777">
        <w:trPr>
          <w:jc w:val="center"/>
        </w:trPr>
        <w:tc>
          <w:tcPr>
            <w:tcW w:w="5100" w:type="dxa"/>
          </w:tcPr>
          <w:p w14:paraId="43CCF1DD" w14:textId="77777777" w:rsidR="00AF1389" w:rsidRPr="00AE7C12" w:rsidRDefault="003B09EC" w:rsidP="00040BBB">
            <w:pPr>
              <w:spacing w:after="320"/>
              <w:jc w:val="both"/>
              <w:rPr>
                <w:lang w:val="fr-FR"/>
              </w:rPr>
            </w:pPr>
            <w:r w:rsidRPr="00AE7C12">
              <w:rPr>
                <w:lang w:val="fr-FR"/>
              </w:rPr>
              <w:t>Nom :</w:t>
            </w:r>
            <w:r w:rsidRPr="00AE7C12">
              <w:rPr>
                <w:lang w:val="fr-FR"/>
              </w:rPr>
              <w:br/>
              <w:t>Fonction :</w:t>
            </w:r>
            <w:r w:rsidRPr="00AE7C12">
              <w:rPr>
                <w:lang w:val="fr-FR"/>
              </w:rPr>
              <w:br/>
              <w:t>Signature :</w:t>
            </w:r>
          </w:p>
        </w:tc>
        <w:tc>
          <w:tcPr>
            <w:tcW w:w="5100" w:type="dxa"/>
          </w:tcPr>
          <w:p w14:paraId="28678C52" w14:textId="77777777" w:rsidR="00AF1389" w:rsidRPr="00AE7C12" w:rsidRDefault="003B09EC" w:rsidP="00040BBB">
            <w:pPr>
              <w:spacing w:after="320"/>
              <w:jc w:val="both"/>
              <w:rPr>
                <w:lang w:val="fr-FR"/>
              </w:rPr>
            </w:pPr>
            <w:r w:rsidRPr="00AE7C12">
              <w:rPr>
                <w:lang w:val="fr-FR"/>
              </w:rPr>
              <w:t>Nom :</w:t>
            </w:r>
            <w:r w:rsidRPr="00AE7C12">
              <w:rPr>
                <w:lang w:val="fr-FR"/>
              </w:rPr>
              <w:br/>
              <w:t>Fonction :</w:t>
            </w:r>
            <w:r w:rsidRPr="00AE7C12">
              <w:rPr>
                <w:lang w:val="fr-FR"/>
              </w:rPr>
              <w:br/>
              <w:t>Signature :</w:t>
            </w:r>
          </w:p>
        </w:tc>
      </w:tr>
    </w:tbl>
    <w:p w14:paraId="49AC6881" w14:textId="77777777" w:rsidR="00AF1389" w:rsidRPr="00AE7C12" w:rsidRDefault="00AF1389" w:rsidP="00040BBB">
      <w:pPr>
        <w:jc w:val="both"/>
        <w:rPr>
          <w:lang w:val="fr-FR"/>
        </w:rPr>
      </w:pPr>
    </w:p>
    <w:sectPr w:rsidR="00AF1389" w:rsidRPr="00AE7C12" w:rsidSect="00CA741C">
      <w:footerReference w:type="default" r:id="rId9"/>
      <w:pgSz w:w="12240" w:h="15840"/>
      <w:pgMar w:top="567" w:right="1020" w:bottom="964"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FA265" w14:textId="77777777" w:rsidR="003B09EC" w:rsidRDefault="003B09EC">
      <w:pPr>
        <w:spacing w:after="0" w:line="240" w:lineRule="auto"/>
      </w:pPr>
      <w:r>
        <w:separator/>
      </w:r>
    </w:p>
  </w:endnote>
  <w:endnote w:type="continuationSeparator" w:id="0">
    <w:p w14:paraId="67D94F65" w14:textId="77777777" w:rsidR="003B09EC" w:rsidRDefault="003B0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9D41" w14:textId="77777777" w:rsidR="00AF1389" w:rsidRDefault="003B09EC">
    <w:pPr>
      <w:pStyle w:val="Pieddepage"/>
      <w:jc w:val="center"/>
    </w:pPr>
    <w:proofErr w:type="spellStart"/>
    <w:r>
      <w:rPr>
        <w:color w:val="6E6E6E"/>
        <w:sz w:val="16"/>
      </w:rPr>
      <w:t>Projet</w:t>
    </w:r>
    <w:proofErr w:type="spellEnd"/>
    <w:r>
      <w:rPr>
        <w:color w:val="6E6E6E"/>
        <w:sz w:val="16"/>
      </w:rPr>
      <w:t xml:space="preserve"> de documents </w:t>
    </w:r>
    <w:proofErr w:type="spellStart"/>
    <w:r>
      <w:rPr>
        <w:color w:val="6E6E6E"/>
        <w:sz w:val="16"/>
      </w:rPr>
      <w:t>associatifs</w:t>
    </w:r>
    <w:proofErr w:type="spellEnd"/>
    <w:r>
      <w:rPr>
        <w:color w:val="6E6E6E"/>
        <w:sz w:val="16"/>
      </w:rPr>
      <w:t xml:space="preserve"> – Moncourt-Fromonville – 02 </w:t>
    </w:r>
    <w:proofErr w:type="spellStart"/>
    <w:r>
      <w:rPr>
        <w:color w:val="6E6E6E"/>
        <w:sz w:val="16"/>
      </w:rPr>
      <w:t>juin</w:t>
    </w:r>
    <w:proofErr w:type="spellEnd"/>
    <w:r>
      <w:rPr>
        <w:color w:val="6E6E6E"/>
        <w:sz w:val="16"/>
      </w:rPr>
      <w:t xml:space="preserve"> 2026 – Document de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059D1" w14:textId="77777777" w:rsidR="003B09EC" w:rsidRDefault="003B09EC">
      <w:pPr>
        <w:spacing w:after="0" w:line="240" w:lineRule="auto"/>
      </w:pPr>
      <w:r>
        <w:separator/>
      </w:r>
    </w:p>
  </w:footnote>
  <w:footnote w:type="continuationSeparator" w:id="0">
    <w:p w14:paraId="4EBA9D74" w14:textId="77777777" w:rsidR="003B09EC" w:rsidRDefault="003B0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1116173681">
    <w:abstractNumId w:val="8"/>
  </w:num>
  <w:num w:numId="2" w16cid:durableId="1950240559">
    <w:abstractNumId w:val="6"/>
  </w:num>
  <w:num w:numId="3" w16cid:durableId="1248425389">
    <w:abstractNumId w:val="5"/>
  </w:num>
  <w:num w:numId="4" w16cid:durableId="914440573">
    <w:abstractNumId w:val="4"/>
  </w:num>
  <w:num w:numId="5" w16cid:durableId="1485196121">
    <w:abstractNumId w:val="7"/>
  </w:num>
  <w:num w:numId="6" w16cid:durableId="795609394">
    <w:abstractNumId w:val="3"/>
  </w:num>
  <w:num w:numId="7" w16cid:durableId="757215407">
    <w:abstractNumId w:val="2"/>
  </w:num>
  <w:num w:numId="8" w16cid:durableId="1072890659">
    <w:abstractNumId w:val="1"/>
  </w:num>
  <w:num w:numId="9" w16cid:durableId="54008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0BBB"/>
    <w:rsid w:val="0006063C"/>
    <w:rsid w:val="0015074B"/>
    <w:rsid w:val="0029639D"/>
    <w:rsid w:val="00326F90"/>
    <w:rsid w:val="003B09EC"/>
    <w:rsid w:val="00452E5B"/>
    <w:rsid w:val="004D0931"/>
    <w:rsid w:val="00646B86"/>
    <w:rsid w:val="006B7BDF"/>
    <w:rsid w:val="00837176"/>
    <w:rsid w:val="00AA1D8D"/>
    <w:rsid w:val="00AB1CBD"/>
    <w:rsid w:val="00AC1F69"/>
    <w:rsid w:val="00AE7C12"/>
    <w:rsid w:val="00AF1389"/>
    <w:rsid w:val="00B47730"/>
    <w:rsid w:val="00C85CA4"/>
    <w:rsid w:val="00CA741C"/>
    <w:rsid w:val="00CB0664"/>
    <w:rsid w:val="00CD3B72"/>
    <w:rsid w:val="00D10D46"/>
    <w:rsid w:val="00DE2A2E"/>
    <w:rsid w:val="00E82998"/>
    <w:rsid w:val="00F97AA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292</Words>
  <Characters>1907</Characters>
  <Application>Microsoft Office Word</Application>
  <DocSecurity>0</DocSecurity>
  <Lines>59</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16</cp:revision>
  <dcterms:created xsi:type="dcterms:W3CDTF">2013-12-23T23:15:00Z</dcterms:created>
  <dcterms:modified xsi:type="dcterms:W3CDTF">2026-06-03T10:04:00Z</dcterms:modified>
  <cp:category/>
</cp:coreProperties>
</file>